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WNIOSEK O WYDANIE ORZECZENIA O STOPNIU NIEPEŁNOSPRAWNOŚCI</w:t>
      </w:r>
    </w:p>
    <w:p/>
    <w:p/>
    <w:p>
      <w:r>
        <w:rPr>
          <w:b/>
          <w:sz w:val="22"/>
        </w:rPr>
        <w:t>I. Dane wnioskodawcy (osoby ubiegającej się o orzeczenie):</w:t>
      </w:r>
    </w:p>
    <w:p>
      <w:r>
        <w:rPr>
          <w:b w:val="0"/>
          <w:sz w:val="22"/>
        </w:rPr>
        <w:t>Imię i nazwisko: ________________________________________________</w:t>
      </w:r>
    </w:p>
    <w:p>
      <w:r>
        <w:rPr>
          <w:b w:val="0"/>
          <w:sz w:val="22"/>
        </w:rPr>
        <w:t>PESEL: __________________________________________________________</w:t>
      </w:r>
    </w:p>
    <w:p>
      <w:r>
        <w:rPr>
          <w:b w:val="0"/>
          <w:sz w:val="22"/>
        </w:rPr>
        <w:t>Data urodzenia: _________________________________________________</w:t>
      </w:r>
    </w:p>
    <w:p>
      <w:r>
        <w:rPr>
          <w:b w:val="0"/>
          <w:sz w:val="22"/>
        </w:rPr>
        <w:t>Adres zamieszkania: _____________________________________________</w:t>
      </w:r>
    </w:p>
    <w:p>
      <w:r>
        <w:rPr>
          <w:b w:val="0"/>
          <w:sz w:val="22"/>
        </w:rPr>
        <w:t>Nr telefonu kontaktowego: ________________________________________</w:t>
      </w:r>
    </w:p>
    <w:p>
      <w:r>
        <w:rPr>
          <w:b w:val="0"/>
          <w:sz w:val="22"/>
        </w:rPr>
        <w:t>Adres e-mail (jeśli dotyczy): _____________________________________</w:t>
      </w:r>
    </w:p>
    <w:p/>
    <w:p>
      <w:r>
        <w:rPr>
          <w:b/>
          <w:sz w:val="22"/>
        </w:rPr>
        <w:t>II. Dane przedstawiciela ustawowego lub pełnomocnika (jeśli dotyczy):</w:t>
      </w:r>
    </w:p>
    <w:p>
      <w:r>
        <w:rPr>
          <w:b w:val="0"/>
          <w:sz w:val="22"/>
        </w:rPr>
        <w:t>Imię i nazwisko: ________________________________________________</w:t>
      </w:r>
    </w:p>
    <w:p>
      <w:r>
        <w:rPr>
          <w:b w:val="0"/>
          <w:sz w:val="22"/>
        </w:rPr>
        <w:t>PESEL lub nr dokumentu tożsamości: ______________________________</w:t>
      </w:r>
    </w:p>
    <w:p>
      <w:r>
        <w:rPr>
          <w:b w:val="0"/>
          <w:sz w:val="22"/>
        </w:rPr>
        <w:t>Adres zamieszkania: _____________________________________________</w:t>
      </w:r>
    </w:p>
    <w:p>
      <w:r>
        <w:rPr>
          <w:b w:val="0"/>
          <w:sz w:val="22"/>
        </w:rPr>
        <w:t>Nr telefonu kontaktowego: ________________________________________</w:t>
      </w:r>
    </w:p>
    <w:p/>
    <w:p>
      <w:r>
        <w:rPr>
          <w:b/>
          <w:sz w:val="22"/>
        </w:rPr>
        <w:t>III. Informacje dotyczące orzeczenia o stopniu niepełnosprawności:</w:t>
      </w:r>
    </w:p>
    <w:p>
      <w:r>
        <w:rPr>
          <w:b w:val="0"/>
          <w:sz w:val="22"/>
        </w:rPr>
        <w:t>Rodzaj orzeczenia (proszę zaznaczyć):</w:t>
      </w:r>
    </w:p>
    <w:p>
      <w:r>
        <w:rPr>
          <w:b w:val="0"/>
          <w:sz w:val="22"/>
        </w:rPr>
        <w:t>[  ] orzeczenie o niepełnosprawności</w:t>
      </w:r>
    </w:p>
    <w:p>
      <w:r>
        <w:rPr>
          <w:b w:val="0"/>
          <w:sz w:val="22"/>
        </w:rPr>
        <w:t>[  ] orzeczenie o znacznym stopniu niepełnosprawności</w:t>
      </w:r>
    </w:p>
    <w:p>
      <w:r>
        <w:rPr>
          <w:b w:val="0"/>
          <w:sz w:val="22"/>
        </w:rPr>
        <w:t>[  ] orzeczenie o umiarkowanym stopniu niepełnosprawności</w:t>
      </w:r>
    </w:p>
    <w:p>
      <w:r>
        <w:rPr>
          <w:b w:val="0"/>
          <w:sz w:val="22"/>
        </w:rPr>
        <w:t>[  ] orzeczenie o lekkim stopniu niepełnosprawności</w:t>
      </w:r>
    </w:p>
    <w:p>
      <w:r>
        <w:rPr>
          <w:b w:val="0"/>
          <w:sz w:val="22"/>
        </w:rPr>
        <w:t>[  ] orzeczenie o całkowitej niezdolności do pracy i samodzielnej egzystencji</w:t>
      </w:r>
    </w:p>
    <w:p>
      <w:r>
        <w:rPr>
          <w:b w:val="0"/>
          <w:sz w:val="22"/>
        </w:rPr>
        <w:t>[  ] orzeczenie o częściowej niezdolności do pracy i samodzielnej egzystencji</w:t>
      </w:r>
    </w:p>
    <w:p/>
    <w:p>
      <w:r>
        <w:rPr>
          <w:b/>
          <w:sz w:val="22"/>
        </w:rPr>
        <w:t>IV. Dokumentacja medyczna dołącza się do wniosku (wymienić załączniki):</w:t>
      </w:r>
    </w:p>
    <w:p>
      <w:r>
        <w:rPr>
          <w:b w:val="0"/>
          <w:sz w:val="22"/>
        </w:rPr>
        <w:t>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</w:t>
      </w:r>
    </w:p>
    <w:p/>
    <w:p>
      <w:r>
        <w:rPr>
          <w:b/>
          <w:sz w:val="22"/>
        </w:rPr>
        <w:t>V. Oświadczenia wnioskodawcy:</w:t>
      </w:r>
    </w:p>
    <w:p>
      <w:r>
        <w:rPr>
          <w:b w:val="0"/>
          <w:sz w:val="22"/>
        </w:rPr>
        <w:t>1. Oświadczam, że podane wyżej dane są prawdziwe.</w:t>
      </w:r>
    </w:p>
    <w:p>
      <w:r>
        <w:rPr>
          <w:b w:val="0"/>
          <w:sz w:val="22"/>
        </w:rPr>
        <w:t>2. Wyrażam zgodę na przetwarzanie moich danych osobowych w celu rozpatrzenia wniosku.</w:t>
      </w:r>
    </w:p>
    <w:p>
      <w:r>
        <w:rPr>
          <w:b w:val="0"/>
          <w:sz w:val="22"/>
        </w:rPr>
        <w:t>3. Jestem świadomy/a odpowiedzialności karnej za składanie fałszywych danych.</w:t>
      </w:r>
    </w:p>
    <w:p/>
    <w:p>
      <w:r>
        <w:rPr>
          <w:b w:val="0"/>
          <w:sz w:val="22"/>
        </w:rPr>
        <w:t>Miejsce, data: __________________________________________________</w:t>
      </w:r>
    </w:p>
    <w:p/>
    <w:p/>
    <w:p>
      <w:r>
        <w:rPr>
          <w:b w:val="0"/>
          <w:sz w:val="22"/>
        </w:rPr>
        <w:t>Podpis wnioskodawcy: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Przyjął wniosek (urzędnik)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Uwagi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________________________________</w:t>
              <w:br/>
              <w:t>Data: 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...........................................................................</w:t>
              <w:br/>
              <w:t>...........................................................................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https://wniosek-specjalista.com/wzor-wypelnionego-wniosku-o-wydanie-orzeczenia-o-stopniu-niepelnosprawnosci/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wzor-wypelnionego-wniosku-o-wydanie-orzeczenia-o-stopniu-niepelnosprawnosci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