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ŚWIADCZENIE PRZEDEMERYTALNE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</w:t>
      </w:r>
    </w:p>
    <w:p>
      <w:r>
        <w:rPr>
          <w:b w:val="0"/>
          <w:sz w:val="22"/>
        </w:rPr>
        <w:t>PESEL: __________________________________________________________</w:t>
      </w:r>
    </w:p>
    <w:p>
      <w:r>
        <w:rPr>
          <w:b w:val="0"/>
          <w:sz w:val="22"/>
        </w:rPr>
        <w:t>Adres zamieszkania: ______________________________________________</w:t>
      </w:r>
    </w:p>
    <w:p>
      <w:r>
        <w:rPr>
          <w:b w:val="0"/>
          <w:sz w:val="22"/>
        </w:rPr>
        <w:t>Telefon kontaktowy: ______________________________________________</w:t>
      </w:r>
    </w:p>
    <w:p>
      <w:r>
        <w:rPr>
          <w:b w:val="0"/>
          <w:sz w:val="22"/>
        </w:rPr>
        <w:t>Adres e-mail: _________________________________________________</w:t>
      </w:r>
    </w:p>
    <w:p/>
    <w:p>
      <w:r>
        <w:rPr>
          <w:b/>
          <w:sz w:val="22"/>
        </w:rPr>
        <w:t>Dane pracodawcy:</w:t>
      </w:r>
    </w:p>
    <w:p>
      <w:r>
        <w:rPr>
          <w:b w:val="0"/>
          <w:sz w:val="22"/>
        </w:rPr>
        <w:t>Nazwa firmy / instytucji: __________________________________________</w:t>
      </w:r>
    </w:p>
    <w:p>
      <w:r>
        <w:rPr>
          <w:b w:val="0"/>
          <w:sz w:val="22"/>
        </w:rPr>
        <w:t>Adres siedziby: _________________________________________________</w:t>
      </w:r>
    </w:p>
    <w:p>
      <w:r>
        <w:rPr>
          <w:b w:val="0"/>
          <w:sz w:val="22"/>
        </w:rPr>
        <w:t>NIP: _____________________________________________________________</w:t>
      </w:r>
    </w:p>
    <w:p>
      <w:r>
        <w:rPr>
          <w:b w:val="0"/>
          <w:sz w:val="22"/>
        </w:rPr>
        <w:t>Stanowisko: ______________________________________________________</w:t>
      </w:r>
    </w:p>
    <w:p>
      <w:r>
        <w:rPr>
          <w:b w:val="0"/>
          <w:sz w:val="22"/>
        </w:rPr>
        <w:t>Okres zatrudnienia: od __________ do 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3 ustawy z dnia 30 kwietnia 2004 r. o świadczeniach przedemerytalnych (Dz. U. z 2023 r. poz. ...),</w:t>
      </w:r>
    </w:p>
    <w:p>
      <w:r>
        <w:rPr>
          <w:b w:val="0"/>
          <w:sz w:val="22"/>
        </w:rPr>
        <w:t>wnioskuję o przyznanie świadczenia przedemerytalnego.</w:t>
      </w:r>
    </w:p>
    <w:p/>
    <w:p>
      <w:r>
        <w:rPr>
          <w:b/>
          <w:sz w:val="22"/>
        </w:rPr>
        <w:t>Oświadczenia wnioskodawcy:</w:t>
      </w:r>
    </w:p>
    <w:p>
      <w:r>
        <w:rPr>
          <w:b w:val="0"/>
          <w:sz w:val="22"/>
        </w:rPr>
        <w:t>1. Oświadczam, że jestem zatrudniony/a w okresie uprawniającym do świadczenia przedemerytalnego.</w:t>
      </w:r>
    </w:p>
    <w:p>
      <w:r>
        <w:rPr>
          <w:b w:val="0"/>
          <w:sz w:val="22"/>
        </w:rPr>
        <w:t>2. Oświadczam, że nie jestem objęty/a innym świadczeniem emerytalnym ani rentowym.</w:t>
      </w:r>
    </w:p>
    <w:p>
      <w:r>
        <w:rPr>
          <w:b w:val="0"/>
          <w:sz w:val="22"/>
        </w:rPr>
        <w:t>3. Zobowiązuję się do niezwłocznego poinformowania właściwego organu o zmianie sytuacji mającej wpływ na prawo do świadczenia.</w:t>
      </w:r>
    </w:p>
    <w:p/>
    <w:p>
      <w:r>
        <w:rPr>
          <w:b w:val="0"/>
          <w:sz w:val="22"/>
        </w:rPr>
        <w:t>W związku z powyższym proszę o rozpatrzenie mojego wniosku i przyznanie świadczenia przedemerytalnego zgodnie z obowiązującymi przepisami.</w:t>
      </w:r>
    </w:p>
    <w:p/>
    <w:p/>
    <w:p>
      <w:pPr>
        <w:jc w:val="center"/>
      </w:pPr>
      <w:r>
        <w:rPr>
          <w:b w:val="0"/>
          <w:sz w:val="22"/>
        </w:rPr>
        <w:t>...................................................</w:t>
      </w:r>
    </w:p>
    <w:p>
      <w:pPr>
        <w:jc w:val="center"/>
      </w:pPr>
      <w:r>
        <w:rPr>
          <w:b w:val="0"/>
          <w:sz w:val="22"/>
        </w:rPr>
        <w:t>Podpis wnioskodawcy</w:t>
      </w:r>
    </w:p>
    <w:p/>
    <w:p/>
    <w:p/>
    <w:p>
      <w:r>
        <w:rPr>
          <w:b w:val="0"/>
          <w:sz w:val="22"/>
        </w:rPr>
        <w:t>Miejscowość: _____________________________________</w:t>
      </w:r>
    </w:p>
    <w:p>
      <w:r>
        <w:rPr>
          <w:b w:val="0"/>
          <w:sz w:val="22"/>
        </w:rPr>
        <w:t>Data: _____________________________________________</w:t>
      </w:r>
    </w:p>
    <w:p/>
    <w:p/>
    <w:p>
      <w:r>
        <w:rPr>
          <w:b/>
          <w:sz w:val="22"/>
        </w:rPr>
        <w:t>Potwierdzenie przyjęcia wniosku przez urząd: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 wniosku: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https://wniosek-specjalista.com/wzor-wypelnienia-wniosku-o-swiadczenie-przedemerytalne/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zor-wypelnienia-wniosku-o-swiadczenie-przedemerytalne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