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WYJAZD ZA GRANICĘ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</w:t>
      </w:r>
    </w:p>
    <w:p/>
    <w:p>
      <w:r>
        <w:rPr>
          <w:b/>
          <w:sz w:val="20"/>
        </w:rPr>
        <w:t>Cel wyjazdu: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Kraj/ kraje docelowe: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Planowany okres wyjazdu:</w:t>
      </w:r>
    </w:p>
    <w:p>
      <w:r>
        <w:rPr>
          <w:b w:val="0"/>
          <w:sz w:val="20"/>
        </w:rPr>
        <w:t>Od dnia: _______________ Do dnia: _______________</w:t>
      </w:r>
    </w:p>
    <w:p/>
    <w:p>
      <w:r>
        <w:rPr>
          <w:b/>
          <w:sz w:val="20"/>
        </w:rPr>
        <w:t>Informacje dodatkowe: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powyższe dane są prawdziwe i zgodne ze stanem faktycznym.</w:t>
      </w:r>
    </w:p>
    <w:p>
      <w:r>
        <w:rPr>
          <w:b w:val="0"/>
          <w:sz w:val="20"/>
        </w:rPr>
        <w:t>2. Zobowiązuję się do przestrzegania przepisów prawa podczas wyjazdu za granicę.</w:t>
      </w:r>
    </w:p>
    <w:p>
      <w:r>
        <w:rPr>
          <w:b w:val="0"/>
          <w:sz w:val="20"/>
        </w:rPr>
        <w:t>3. Przyjmuję do wiadomości, że wszelkie zmiany dotyczące wyjazdu zgłoszę niezwłocznie.</w:t>
      </w:r>
    </w:p>
    <w:p/>
    <w:p>
      <w:r>
        <w:rPr>
          <w:b w:val="0"/>
          <w:sz w:val="20"/>
        </w:rPr>
        <w:t>Miejsce, data: _____________________________________________________________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_____________________________________________________</w:t>
      </w:r>
    </w:p>
    <w:p/>
    <w:p/>
    <w:p>
      <w:r>
        <w:rPr>
          <w:b w:val="0"/>
          <w:sz w:val="20"/>
        </w:rPr>
        <w:t>Podpis osoby przyjmującej wniosek: _________________________________________</w:t>
      </w:r>
    </w:p>
    <w:p>
      <w:r>
        <w:rPr>
          <w:b w:val="0"/>
          <w:sz w:val="20"/>
        </w:rPr>
        <w:t>Imię i nazwisko: ___________________________________________________________</w:t>
      </w:r>
    </w:p>
    <w:p>
      <w:r>
        <w:rPr>
          <w:b w:val="0"/>
          <w:sz w:val="20"/>
        </w:rPr>
        <w:t>Stanowisko: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 wniosku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Numer wniosku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przyjmującej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https://wniosek-specjalista.com/wzor-wniosku-o-wyjazd-za-granice/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zor-wniosku-o-wyjazd-za-granice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