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WZÓR WNIOSEK O SKRÓCENIE STAŻU NA NAUCZYCIELA MIANOWANEGO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________________________________________________________________</w:t>
      </w:r>
    </w:p>
    <w:p>
      <w:r>
        <w:rPr>
          <w:b w:val="0"/>
          <w:sz w:val="22"/>
        </w:rPr>
        <w:t>Stanowisko: ____________________________________________________________________</w:t>
      </w:r>
    </w:p>
    <w:p>
      <w:r>
        <w:rPr>
          <w:b w:val="0"/>
          <w:sz w:val="22"/>
        </w:rPr>
        <w:t>Miejsce pracy (pełna nazwa szkoły): _______________________________________________</w:t>
      </w:r>
    </w:p>
    <w:p>
      <w:r>
        <w:rPr>
          <w:b w:val="0"/>
          <w:sz w:val="22"/>
        </w:rPr>
        <w:t>Adres szkoły: _________________________________________________________________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________________________________________________________________________</w:t>
      </w:r>
    </w:p>
    <w:p/>
    <w:p/>
    <w:p>
      <w:r>
        <w:rPr>
          <w:b/>
          <w:sz w:val="22"/>
        </w:rPr>
        <w:t>Adresat:</w:t>
      </w:r>
    </w:p>
    <w:p>
      <w:r>
        <w:rPr>
          <w:b w:val="0"/>
          <w:sz w:val="22"/>
        </w:rPr>
        <w:t>Dyrektor _________________________________________________________________</w:t>
      </w:r>
    </w:p>
    <w:p>
      <w:r>
        <w:rPr>
          <w:b w:val="0"/>
          <w:sz w:val="22"/>
        </w:rPr>
        <w:t>Szkoły ___________________________________________________________________</w:t>
      </w:r>
    </w:p>
    <w:p>
      <w:r>
        <w:rPr>
          <w:b w:val="0"/>
          <w:sz w:val="22"/>
        </w:rPr>
        <w:t>Adres szkoły _____________________________________________________________</w:t>
      </w:r>
    </w:p>
    <w:p/>
    <w:p/>
    <w:p>
      <w:r>
        <w:rPr>
          <w:b w:val="0"/>
          <w:sz w:val="22"/>
        </w:rPr>
        <w:t>Miejscowość: _______________________________________________________________</w:t>
      </w:r>
    </w:p>
    <w:p/>
    <w:p/>
    <w:p>
      <w:pPr>
        <w:jc w:val="center"/>
      </w:pPr>
      <w:r>
        <w:rPr>
          <w:b/>
          <w:sz w:val="22"/>
        </w:rPr>
        <w:t>WNIOSEK</w:t>
      </w:r>
    </w:p>
    <w:p/>
    <w:p>
      <w:r>
        <w:rPr>
          <w:b w:val="0"/>
          <w:sz w:val="22"/>
        </w:rPr>
        <w:t>Na podstawie art. 9 ust. 2 ustawy z dnia 26 stycznia 1982 r. – Karta Nauczyciela (t.j. Dz. U. z 2023 r. poz. 1457), zwracam się z uprzejmą prośbą o skrócenie mojego stażu na nauczyciela mianowanego.</w:t>
      </w:r>
    </w:p>
    <w:p/>
    <w:p>
      <w:r>
        <w:rPr>
          <w:b/>
          <w:sz w:val="22"/>
        </w:rPr>
        <w:t>Uzasadnienie:</w:t>
      </w:r>
    </w:p>
    <w:p>
      <w:r>
        <w:rPr>
          <w:b w:val="0"/>
          <w:sz w:val="22"/>
        </w:rPr>
        <w:t>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</w:t>
      </w:r>
    </w:p>
    <w:p/>
    <w:p/>
    <w:p>
      <w:r>
        <w:rPr>
          <w:b/>
          <w:sz w:val="22"/>
        </w:rPr>
        <w:t>W załączeniu przedkładam dokumenty potwierdzające moje uprawnienia i przebieg pracy pedagogicznej:</w:t>
      </w:r>
    </w:p>
    <w:p>
      <w:r>
        <w:rPr>
          <w:b w:val="0"/>
          <w:sz w:val="22"/>
        </w:rPr>
        <w:t>- świadectwa pracy,</w:t>
      </w:r>
    </w:p>
    <w:p>
      <w:r>
        <w:rPr>
          <w:b w:val="0"/>
          <w:sz w:val="22"/>
        </w:rPr>
        <w:t>- zaświadczenia o odbytych kursach i szkoleniach,</w:t>
      </w:r>
    </w:p>
    <w:p>
      <w:r>
        <w:rPr>
          <w:b w:val="0"/>
          <w:sz w:val="22"/>
        </w:rPr>
        <w:t>- inne dokumenty: ______________________________________________________________</w:t>
      </w:r>
    </w:p>
    <w:p/>
    <w:p/>
    <w:p>
      <w:r>
        <w:rPr>
          <w:b w:val="0"/>
          <w:sz w:val="22"/>
        </w:rPr>
        <w:t>Proszę o pozytywne rozpatrzenie mojego wniosku.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.......................................................</w:t>
              <w:br/>
              <w:t>(podpis Wnioskodawcy)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.......................................................</w:t>
              <w:br/>
              <w:t>(data i podpis Dyrektora)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Miejsce na pieczątkę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https://wniosek-specjalista.com/wzor-wniosku-o-skrocenie-stazu-na-nauczyciela-mianowanego/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zor-wniosku-o-skrocenie-stazu-na-nauczyciela-mianowanego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