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WNIOSKU O PONOWNE PRZELICZENIE EMERYTURY POLICYJNEJ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</w:t>
      </w:r>
    </w:p>
    <w:p>
      <w:r>
        <w:rPr>
          <w:b w:val="0"/>
          <w:sz w:val="20"/>
        </w:rPr>
        <w:t>Stopień służbowy (jeśli dotyczy): _________________________________________</w:t>
      </w:r>
    </w:p>
    <w:p>
      <w:r>
        <w:rPr>
          <w:b w:val="0"/>
          <w:sz w:val="20"/>
        </w:rPr>
        <w:t>Jednostka organizacyjna / adres: __________________________________________</w:t>
      </w:r>
    </w:p>
    <w:p>
      <w:r>
        <w:rPr>
          <w:b w:val="0"/>
          <w:sz w:val="20"/>
        </w:rPr>
        <w:t>Adres zamieszkania: 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</w:t>
      </w:r>
    </w:p>
    <w:p/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Komenda Wojewódzka Policji / Komenda Główna Policji</w:t>
      </w:r>
    </w:p>
    <w:p>
      <w:r>
        <w:rPr>
          <w:b w:val="0"/>
          <w:sz w:val="20"/>
        </w:rPr>
        <w:t>Wydział Emerytalny / Kadrowy</w:t>
      </w:r>
    </w:p>
    <w:p>
      <w:r>
        <w:rPr>
          <w:b w:val="0"/>
          <w:sz w:val="20"/>
        </w:rPr>
        <w:t>Adres jednostki</w:t>
      </w:r>
    </w:p>
    <w:p/>
    <w:p/>
    <w:p>
      <w:pPr>
        <w:jc w:val="center"/>
      </w:pPr>
      <w:r>
        <w:rPr>
          <w:b/>
          <w:sz w:val="20"/>
        </w:rPr>
        <w:t>WNIOSEK</w:t>
      </w:r>
    </w:p>
    <w:p/>
    <w:p>
      <w:r>
        <w:rPr>
          <w:b w:val="0"/>
          <w:sz w:val="20"/>
        </w:rPr>
        <w:t>Na podstawie art. 15 ust. 1 ustawy z dnia 9 maja 2014 r. o zaopatrzeniu emerytalnym policjantów i ich rodzin,</w:t>
      </w:r>
    </w:p>
    <w:p>
      <w:r>
        <w:rPr>
          <w:b w:val="0"/>
          <w:sz w:val="20"/>
        </w:rPr>
        <w:t>wnioskuję o ponowne przeliczenie mojej emerytury policyjnej z uwzględnieniem nowych okoliczności lub informacji, które mają wpływ na wysokość świadczenia.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W załączeniu przedkładam dokumenty potwierdzające zasadność ponownego przeliczenia emerytury:</w:t>
      </w:r>
    </w:p>
    <w:p>
      <w:r>
        <w:rPr>
          <w:b w:val="0"/>
          <w:sz w:val="20"/>
        </w:rPr>
        <w:t>1. 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</w:t>
      </w:r>
    </w:p>
    <w:p/>
    <w:p/>
    <w:p>
      <w:r>
        <w:rPr>
          <w:b w:val="0"/>
          <w:sz w:val="20"/>
        </w:rPr>
        <w:t>Oświadczam, że dane zawarte we wniosku są zgodne z prawdą oraz zobowiązuję się do niezwłocznego poinformowania o każdej zmianie mającej wpływ na wypłatę emerytury.</w:t>
      </w:r>
    </w:p>
    <w:p/>
    <w:p/>
    <w:p>
      <w:r>
        <w:rPr>
          <w:b w:val="0"/>
          <w:sz w:val="20"/>
        </w:rPr>
        <w:t>Miejsce: ___________________________________    Data: ________________________</w:t>
      </w:r>
    </w:p>
    <w:p/>
    <w:p/>
    <w:p/>
    <w:p>
      <w:r>
        <w:rPr>
          <w:b w:val="0"/>
          <w:sz w:val="20"/>
        </w:rPr>
        <w:t>Podpis wnioskodawcy: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(imię i nazwisko)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Pieczątka: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https://wniosek-specjalista.com/wzor-wniosku-o-ponowne-przeliczenie-emerytury-policyjnej/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zor-wniosku-o-ponowne-przeliczenie-emerytury-policyjnej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