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WIDZENIE ZE SKAZANYM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________________________________________________________________</w:t>
      </w:r>
    </w:p>
    <w:p>
      <w:r>
        <w:rPr>
          <w:b w:val="0"/>
          <w:sz w:val="20"/>
        </w:rPr>
        <w:t>PESEL/NIP: _____________________________________________________________________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______________________________________________________________</w:t>
      </w:r>
    </w:p>
    <w:p/>
    <w:p>
      <w:r>
        <w:rPr>
          <w:b/>
          <w:sz w:val="20"/>
        </w:rPr>
        <w:t>Dane Skazanego i miejsca odbywania kary:</w:t>
      </w:r>
    </w:p>
    <w:p>
      <w:r>
        <w:rPr>
          <w:b w:val="0"/>
          <w:sz w:val="20"/>
        </w:rPr>
        <w:t>Imię i nazwisko skazanego: ______________________________________________________</w:t>
      </w:r>
    </w:p>
    <w:p>
      <w:r>
        <w:rPr>
          <w:b w:val="0"/>
          <w:sz w:val="20"/>
        </w:rPr>
        <w:t>Numer ewidencyjny skazanego (jeśli znany): ________________________________________</w:t>
      </w:r>
    </w:p>
    <w:p>
      <w:r>
        <w:rPr>
          <w:b w:val="0"/>
          <w:sz w:val="20"/>
        </w:rPr>
        <w:t>Zakład Karny / Miejsce odbywania kary: ____________________________________________</w:t>
      </w:r>
    </w:p>
    <w:p/>
    <w:p>
      <w:r>
        <w:rPr>
          <w:b/>
          <w:sz w:val="20"/>
        </w:rPr>
        <w:t>Podstawa prawna wniosku:</w:t>
      </w:r>
    </w:p>
    <w:p>
      <w:r>
        <w:rPr>
          <w:b w:val="0"/>
          <w:sz w:val="20"/>
        </w:rPr>
        <w:t>Na podstawie art. 49 § 1 ustawy z dnia 6 czerwca 1997 r. - Kodeks karny wykonawczy (Dz.U. z 2023 r. poz. 1608 ze zm.) składam wniosek o udzielenie widzenia ze skazanym.</w:t>
      </w:r>
    </w:p>
    <w:p/>
    <w:p>
      <w:r>
        <w:rPr>
          <w:b/>
          <w:sz w:val="20"/>
        </w:rPr>
        <w:t>Treść wniosku:</w:t>
      </w:r>
    </w:p>
    <w:p>
      <w:r>
        <w:rPr>
          <w:b w:val="0"/>
          <w:sz w:val="20"/>
        </w:rPr>
        <w:t>Wnoszę o wyznaczenie terminu oraz miejsca widzenia ze skazanym na okres __________ dni/godzin w celu osobistego kontaktu i przekazania niezbędnych informacji oraz przedmiotów dozwolonych regulaminem zakładu karnego.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Uzasadniam wniosek tym, że 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/>
    <w:p>
      <w:r>
        <w:rPr>
          <w:b/>
          <w:sz w:val="20"/>
        </w:rPr>
        <w:t>Oświadczam, że zapoznałem/-am się z regulaminem zakładu karnego dotyczącym widzeń oraz zobowiązuję się do przestrzegania jego postanowień.</w:t>
      </w:r>
    </w:p>
    <w:p/>
    <w:p/>
    <w:p>
      <w:r>
        <w:rPr>
          <w:b w:val="0"/>
          <w:sz w:val="20"/>
        </w:rPr>
        <w:t>Miejsce: ____________________________________    Data: ______________________________</w:t>
      </w:r>
    </w:p>
    <w:p/>
    <w:p/>
    <w:p/>
    <w:p>
      <w:r>
        <w:rPr>
          <w:b w:val="0"/>
          <w:sz w:val="20"/>
        </w:rPr>
        <w:t>Podpis Wnioskodawcy: ____________________________________________________________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Wnioskodawcy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Potwierdzenie przyjęcia wniosku przez Zakład Karny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https://wniosek-specjalista.com/wniosek-o'widzenie-ze-skazanym-wzor/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'widzenie-ze-skazanym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