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ZWROT WEKSLA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 / Nazwa firmy : _______________________________________________</w:t>
      </w:r>
    </w:p>
    <w:p>
      <w:r>
        <w:rPr>
          <w:b w:val="0"/>
          <w:sz w:val="20"/>
        </w:rPr>
        <w:t>Adres : ________________________________________________________________________</w:t>
      </w:r>
    </w:p>
    <w:p>
      <w:r>
        <w:rPr>
          <w:b w:val="0"/>
          <w:sz w:val="20"/>
        </w:rPr>
        <w:t>NIP/PESEL : _________________________________________________________________</w:t>
      </w:r>
    </w:p>
    <w:p>
      <w:r>
        <w:rPr>
          <w:b w:val="0"/>
          <w:sz w:val="20"/>
        </w:rPr>
        <w:t>Nr telefonu : ________________________________________________________________</w:t>
      </w:r>
    </w:p>
    <w:p>
      <w:r>
        <w:rPr>
          <w:b w:val="0"/>
          <w:sz w:val="20"/>
        </w:rPr>
        <w:t>E-mail : _____________________________________________________________________</w:t>
      </w:r>
    </w:p>
    <w:p/>
    <w:p/>
    <w:p>
      <w:r>
        <w:rPr>
          <w:b/>
          <w:sz w:val="20"/>
        </w:rPr>
        <w:t>Dane weksla:</w:t>
      </w:r>
    </w:p>
    <w:p>
      <w:r>
        <w:rPr>
          <w:b w:val="0"/>
          <w:sz w:val="20"/>
        </w:rPr>
        <w:t>Rodzaj weksla: __________________________ (np. własny / trasowany)</w:t>
      </w:r>
    </w:p>
    <w:p>
      <w:r>
        <w:rPr>
          <w:b w:val="0"/>
          <w:sz w:val="20"/>
        </w:rPr>
        <w:t>Wartość weksla: __________________________ PLN</w:t>
      </w:r>
    </w:p>
    <w:p>
      <w:r>
        <w:rPr>
          <w:b w:val="0"/>
          <w:sz w:val="20"/>
        </w:rPr>
        <w:t>Data wystawienia weksla: __________________________</w:t>
      </w:r>
    </w:p>
    <w:p>
      <w:r>
        <w:rPr>
          <w:b w:val="0"/>
          <w:sz w:val="20"/>
        </w:rPr>
        <w:t>Termin zapłaty: __________________________</w:t>
      </w:r>
    </w:p>
    <w:p>
      <w:r>
        <w:rPr>
          <w:b w:val="0"/>
          <w:sz w:val="20"/>
        </w:rPr>
        <w:t>Miejsce płatności: __________________________</w:t>
      </w:r>
    </w:p>
    <w:p>
      <w:r>
        <w:rPr>
          <w:b w:val="0"/>
          <w:sz w:val="20"/>
        </w:rPr>
        <w:t>Wystawca weksla: ______________________________________________________________</w:t>
      </w:r>
    </w:p>
    <w:p>
      <w:r>
        <w:rPr>
          <w:b w:val="0"/>
          <w:sz w:val="20"/>
        </w:rPr>
        <w:t>Remitent (posiadacz weksla): _________________________________________________</w:t>
      </w:r>
    </w:p>
    <w:p>
      <w:r>
        <w:rPr>
          <w:b w:val="0"/>
          <w:sz w:val="20"/>
        </w:rPr>
        <w:t>Numer weksla (jeśli dotyczy): _________________________________________________</w:t>
      </w:r>
    </w:p>
    <w:p/>
    <w:p/>
    <w:p>
      <w:r>
        <w:rPr>
          <w:b/>
          <w:sz w:val="20"/>
        </w:rPr>
        <w:t>Treść wniosku:</w:t>
      </w:r>
    </w:p>
    <w:p>
      <w:r>
        <w:rPr>
          <w:b w:val="0"/>
          <w:sz w:val="20"/>
        </w:rPr>
        <w:t>Na podstawie art. 73 i nast. Prawa wekslowego wnoszę o zwrot powyższego weksla z tytułu niewykonania zobowiązania przez wystawcę lub trasata/wekslistę.</w:t>
      </w:r>
    </w:p>
    <w:p>
      <w:r>
        <w:rPr>
          <w:b w:val="0"/>
          <w:sz w:val="20"/>
        </w:rPr>
        <w:t>Wnoszę o podjęcie wszelkich niezbędnych działań prawnych w celu realizacji zwrotu weksla, w tym o wystąpienie z powództwem przed właściwym sądem.</w:t>
      </w:r>
    </w:p>
    <w:p/>
    <w:p/>
    <w:p>
      <w:r>
        <w:rPr>
          <w:b/>
          <w:sz w:val="20"/>
        </w:rPr>
        <w:t>Oświadczenia:</w:t>
      </w:r>
    </w:p>
    <w:p>
      <w:r>
        <w:rPr>
          <w:b w:val="0"/>
          <w:sz w:val="20"/>
        </w:rPr>
        <w:t>1. Oświadczam, że weksel jest prawidłowo wypełniony i posiada wszelkie wymagane prawem elementy.</w:t>
      </w:r>
    </w:p>
    <w:p>
      <w:r>
        <w:rPr>
          <w:b w:val="0"/>
          <w:sz w:val="20"/>
        </w:rPr>
        <w:t>2. Oświadczam, że w dniu składania niniejszego wniosku nie otrzymałem zapłaty z tytułu weksla.</w:t>
      </w:r>
    </w:p>
    <w:p>
      <w:r>
        <w:rPr>
          <w:b w:val="0"/>
          <w:sz w:val="20"/>
        </w:rPr>
        <w:t>3. Załączam kopię oryginału weksla oraz inne dokumenty potwierdzające zasadność wniosku.</w:t>
      </w:r>
    </w:p>
    <w:p/>
    <w:p/>
    <w:p>
      <w:r>
        <w:rPr>
          <w:b w:val="0"/>
          <w:sz w:val="20"/>
        </w:rPr>
        <w:t>Miejsce, Data : ________________________________________________________________</w:t>
      </w:r>
    </w:p>
    <w:p/>
    <w:p/>
    <w:p>
      <w:r>
        <w:rPr>
          <w:b w:val="0"/>
          <w:sz w:val="20"/>
        </w:rPr>
        <w:t>Podpis Wnioskodawcy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Wnioskodawca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Osoba przyjmująca wniosek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https://wniosek-specjalista.com/wniosek-o-zwrot-weksla-wzor/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https://wniosek-specjalista.com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wniosek-specjalista.com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specjalista.com/wniosek-o-zwrot-weksla-wzor/" TargetMode="External"/><Relationship Id="rId10" Type="http://schemas.openxmlformats.org/officeDocument/2006/relationships/hyperlink" Target="https://wniosek-specjali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