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ZWROT PORĘCZENIA MAJĄTKOWEGO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firmy: _____________________________________________________</w:t>
      </w:r>
    </w:p>
    <w:p>
      <w:r>
        <w:rPr>
          <w:b w:val="0"/>
          <w:sz w:val="20"/>
        </w:rPr>
        <w:t>Adres zamieszkania / siedziba: _____________________________________________________</w:t>
      </w:r>
    </w:p>
    <w:p>
      <w:r>
        <w:rPr>
          <w:b w:val="0"/>
          <w:sz w:val="20"/>
        </w:rPr>
        <w:t>PESEL / NIP: _____________________________________________________________________</w:t>
      </w:r>
    </w:p>
    <w:p>
      <w:r>
        <w:rPr>
          <w:b w:val="0"/>
          <w:sz w:val="20"/>
        </w:rPr>
        <w:t>Nr dowodu osobistego / REGON: _____________________________________________________</w:t>
      </w:r>
    </w:p>
    <w:p/>
    <w:p>
      <w:r>
        <w:rPr>
          <w:b/>
          <w:sz w:val="20"/>
        </w:rPr>
        <w:t>Dane Poręczyciela:</w:t>
      </w:r>
    </w:p>
    <w:p>
      <w:r>
        <w:rPr>
          <w:b w:val="0"/>
          <w:sz w:val="20"/>
        </w:rPr>
        <w:t>Imię i nazwisko / Nazwa firmy: _____________________________________________________</w:t>
      </w:r>
    </w:p>
    <w:p>
      <w:r>
        <w:rPr>
          <w:b w:val="0"/>
          <w:sz w:val="20"/>
        </w:rPr>
        <w:t>Adres zamieszkania / siedziba: _____________________________________________________</w:t>
      </w:r>
    </w:p>
    <w:p>
      <w:r>
        <w:rPr>
          <w:b w:val="0"/>
          <w:sz w:val="20"/>
        </w:rPr>
        <w:t>PESEL / NIP: _____________________________________________________________________</w:t>
      </w:r>
    </w:p>
    <w:p>
      <w:r>
        <w:rPr>
          <w:b w:val="0"/>
          <w:sz w:val="20"/>
        </w:rPr>
        <w:t>Nr dowodu osobistego / REGON: _____________________________________________________</w:t>
      </w:r>
    </w:p>
    <w:p/>
    <w:p>
      <w:r>
        <w:rPr>
          <w:b/>
          <w:sz w:val="20"/>
        </w:rPr>
        <w:t>Informacje dotyczące poręczenia majątkowego:</w:t>
      </w:r>
    </w:p>
    <w:p>
      <w:r>
        <w:rPr>
          <w:b w:val="0"/>
          <w:sz w:val="20"/>
        </w:rPr>
        <w:t>Numer umowy poręczenia: ___________________________________________________________</w:t>
      </w:r>
    </w:p>
    <w:p>
      <w:r>
        <w:rPr>
          <w:b w:val="0"/>
          <w:sz w:val="20"/>
        </w:rPr>
        <w:t>Data zawarcia umowy poręczenia: ___________________________________________________</w:t>
      </w:r>
    </w:p>
    <w:p>
      <w:r>
        <w:rPr>
          <w:b w:val="0"/>
          <w:sz w:val="20"/>
        </w:rPr>
        <w:t>Wysokość poręczenia: ______________________________________________________________</w:t>
      </w:r>
    </w:p>
    <w:p>
      <w:r>
        <w:rPr>
          <w:b w:val="0"/>
          <w:sz w:val="20"/>
        </w:rPr>
        <w:t>Podstawa prawna poręczenia: _______________________________________________________</w:t>
      </w:r>
    </w:p>
    <w:p/>
    <w:p>
      <w:r>
        <w:rPr>
          <w:b/>
          <w:sz w:val="20"/>
        </w:rPr>
        <w:t>Treść wniosku:</w:t>
      </w:r>
    </w:p>
    <w:p>
      <w:r>
        <w:rPr>
          <w:b w:val="0"/>
          <w:sz w:val="20"/>
        </w:rPr>
        <w:t>Na podstawie obowiązujących przepisów prawa, wnoszę o zwrot poręczenia majątkowego udzielonego w związku z umową poręczenia wskazaną powyżej. Poręczenie to zostało udzielone w celu zabezpieczenia wierzytelności, która została uregulowana w całości lub wygasła z innych przyczyn.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W związku z zakończeniem obowiązywania umowy poręczenia oraz spełnieniem warunków do jej zwrotu, wnioskuję o niezwłoczne zwolnienie zabezpieczenia oraz zwrot poręczenia majątkowego zgodnie z obowiązującymi przepisami.</w:t>
      </w:r>
    </w:p>
    <w:p/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1. Kopia umowy poręczenia majątkowego</w:t>
      </w:r>
    </w:p>
    <w:p>
      <w:r>
        <w:rPr>
          <w:b w:val="0"/>
          <w:sz w:val="20"/>
        </w:rPr>
        <w:t>2. Potwierdzenie uregulowania zobowiązań</w:t>
      </w:r>
    </w:p>
    <w:p>
      <w:r>
        <w:rPr>
          <w:b w:val="0"/>
          <w:sz w:val="20"/>
        </w:rPr>
        <w:t>3. Inne dokumenty potwierdzające podstawę zwrotu poręczenia: ____________________________</w:t>
      </w:r>
    </w:p>
    <w:p/>
    <w:p/>
    <w:p>
      <w:r>
        <w:rPr>
          <w:b w:val="0"/>
          <w:sz w:val="20"/>
        </w:rPr>
        <w:t>Miejsce, data: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Wnioskodawcy: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https://wniosek-specjalista.com/wniosek-o-zwrot-poreczenia-majatkowego/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zwrot-poreczenia-majatkowego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