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ZMIANĘ TERMINU WYPŁATY EMERYTURY</w:t>
      </w:r>
    </w:p>
    <w:p/>
    <w:p/>
    <w:p>
      <w:r>
        <w:rPr>
          <w:b/>
          <w:sz w:val="20"/>
        </w:rPr>
        <w:t>Dane Wnioskującego: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PESEL: __________________________________________________________</w:t>
      </w:r>
    </w:p>
    <w:p>
      <w:r>
        <w:rPr>
          <w:b w:val="0"/>
          <w:sz w:val="20"/>
        </w:rPr>
        <w:t>Adres zamieszkania: _____________________________________________</w:t>
      </w:r>
    </w:p>
    <w:p>
      <w:r>
        <w:rPr>
          <w:b w:val="0"/>
          <w:sz w:val="20"/>
        </w:rPr>
        <w:t>Nr dowodu osobistego: ___________________________________________</w:t>
      </w:r>
    </w:p>
    <w:p/>
    <w:p>
      <w:r>
        <w:rPr>
          <w:b/>
          <w:sz w:val="20"/>
        </w:rPr>
        <w:t>Do:</w:t>
      </w:r>
    </w:p>
    <w:p>
      <w:r>
        <w:rPr>
          <w:b w:val="0"/>
          <w:sz w:val="20"/>
        </w:rPr>
        <w:t>Zakład Ubezpieczeń Społecznych / Oddział _______________________</w:t>
      </w:r>
    </w:p>
    <w:p>
      <w:r>
        <w:rPr>
          <w:b w:val="0"/>
          <w:sz w:val="20"/>
        </w:rPr>
        <w:t>Adres: ___________________________________________________________</w:t>
      </w:r>
    </w:p>
    <w:p/>
    <w:p/>
    <w:p>
      <w:r>
        <w:rPr>
          <w:b w:val="0"/>
          <w:sz w:val="20"/>
        </w:rPr>
        <w:t>Wnoszę o zmianę terminu wypłaty mojej emerytury z dnia ______________ na dzień ______________.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 w:val="0"/>
          <w:sz w:val="20"/>
        </w:rPr>
        <w:t>Oświadczam, iż powyższe informacje są zgodne z prawdą i zdaję sobie sprawę z odpowiedzialności karnej za składanie fałszywych oświadczeń.</w:t>
      </w:r>
    </w:p>
    <w:p/>
    <w:p/>
    <w:p>
      <w:r>
        <w:rPr>
          <w:b w:val="0"/>
          <w:sz w:val="20"/>
        </w:rPr>
        <w:t>Miejsce: ____________________________    Data: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Wnioskującego: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https://wniosek-specjalista.com/wniosek-o-zmiane-terminu-wyplaty-emerytury-wzor/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zmiane-terminu-wyplaty-emerytury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