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ZMIANĘ KLASYFIKACJI GRUNTÓW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 / Nazwa jednostki : ____________________________________________</w:t>
      </w:r>
    </w:p>
    <w:p>
      <w:r>
        <w:rPr>
          <w:b w:val="0"/>
          <w:sz w:val="22"/>
        </w:rPr>
        <w:t>Adres siedziby / zamieszkania : ________________________________________________</w:t>
      </w:r>
    </w:p>
    <w:p>
      <w:r>
        <w:rPr>
          <w:b w:val="0"/>
          <w:sz w:val="22"/>
        </w:rPr>
        <w:t>Numer telefonu kontaktowego : _________________________________________________</w:t>
      </w:r>
    </w:p>
    <w:p>
      <w:r>
        <w:rPr>
          <w:b w:val="0"/>
          <w:sz w:val="22"/>
        </w:rPr>
        <w:t>Adres e-mail : _________________________________________________________________</w:t>
      </w:r>
    </w:p>
    <w:p/>
    <w:p>
      <w:r>
        <w:rPr>
          <w:b/>
          <w:sz w:val="22"/>
        </w:rPr>
        <w:t>Dane nieruchomości / działki:</w:t>
      </w:r>
    </w:p>
    <w:p>
      <w:r>
        <w:rPr>
          <w:b w:val="0"/>
          <w:sz w:val="22"/>
        </w:rPr>
        <w:t>Położenie nieruchomości (adres / miejscowość) : _______________________________</w:t>
      </w:r>
    </w:p>
    <w:p>
      <w:r>
        <w:rPr>
          <w:b w:val="0"/>
          <w:sz w:val="22"/>
        </w:rPr>
        <w:t>Numer działki ewidencyjnej : __________________________________________________</w:t>
      </w:r>
    </w:p>
    <w:p>
      <w:r>
        <w:rPr>
          <w:b w:val="0"/>
          <w:sz w:val="22"/>
        </w:rPr>
        <w:t>Obręb ewidencyjny : ___________________________________________________________</w:t>
      </w:r>
    </w:p>
    <w:p>
      <w:r>
        <w:rPr>
          <w:b w:val="0"/>
          <w:sz w:val="22"/>
        </w:rPr>
        <w:t>Aktualna klasyfikacja gruntów : _________________________________________________</w:t>
      </w:r>
    </w:p>
    <w:p>
      <w:r>
        <w:rPr>
          <w:b w:val="0"/>
          <w:sz w:val="22"/>
        </w:rPr>
        <w:t>Proponowana nowa klasyfikacja gruntów : ________________________________________</w:t>
      </w:r>
    </w:p>
    <w:p/>
    <w:p>
      <w:r>
        <w:rPr>
          <w:b/>
          <w:sz w:val="22"/>
        </w:rPr>
        <w:t>Uzasadnienie wniosku: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Załączniki do wniosku:</w:t>
      </w:r>
    </w:p>
    <w:p>
      <w:r>
        <w:rPr>
          <w:b w:val="0"/>
          <w:sz w:val="22"/>
        </w:rPr>
        <w:t>1. Mapa ewidencyjna z zaznaczoną działką</w:t>
      </w:r>
    </w:p>
    <w:p>
      <w:r>
        <w:rPr>
          <w:b w:val="0"/>
          <w:sz w:val="22"/>
        </w:rPr>
        <w:t>2. Dokumenty potwierdzające prawo do nieruchomości</w:t>
      </w:r>
    </w:p>
    <w:p>
      <w:r>
        <w:rPr>
          <w:b w:val="0"/>
          <w:sz w:val="22"/>
        </w:rPr>
        <w:t>3. Inne dokumenty (wymienić): ________________________________________________</w:t>
      </w:r>
    </w:p>
    <w:p/>
    <w:p>
      <w:r>
        <w:rPr>
          <w:b/>
          <w:sz w:val="22"/>
        </w:rPr>
        <w:t>Oświadczenia:</w:t>
      </w:r>
    </w:p>
    <w:p>
      <w:r>
        <w:rPr>
          <w:b w:val="0"/>
          <w:sz w:val="22"/>
        </w:rPr>
        <w:t>1. Oświadczam, że podane informacje są prawdziwe i kompletne.</w:t>
      </w:r>
    </w:p>
    <w:p>
      <w:r>
        <w:rPr>
          <w:b w:val="0"/>
          <w:sz w:val="22"/>
        </w:rPr>
        <w:t>2. Wyrażam zgodę na przetwarzanie danych osobowych zawartych w niniejszym wniosku</w:t>
      </w:r>
    </w:p>
    <w:p>
      <w:r>
        <w:rPr>
          <w:b w:val="0"/>
          <w:sz w:val="22"/>
        </w:rPr>
        <w:t xml:space="preserve">   w celach związanych z rozpatrzeniem sprawy, zgodnie z obowiązującymi przepisami.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Urzędnik przyjmujący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Miejsce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https://wniosek-specjalista.com/wniosek-o-zmiane-klasyfikacji-gruntow-wzor/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zmiane-klasyfikacji-gruntow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