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ZASIŁEK OKRESOWY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nazwisko: __________________________________________________________</w:t>
      </w:r>
    </w:p>
    <w:p>
      <w:r>
        <w:rPr>
          <w:b w:val="0"/>
          <w:sz w:val="20"/>
        </w:rPr>
        <w:t>PESEL: _________________________________________________________________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______________________________________________________</w:t>
      </w:r>
    </w:p>
    <w:p>
      <w:r>
        <w:rPr>
          <w:b w:val="0"/>
          <w:sz w:val="20"/>
        </w:rPr>
        <w:t>Telefon kontaktowy: _______________________________________________________</w:t>
      </w:r>
    </w:p>
    <w:p/>
    <w:p>
      <w:r>
        <w:rPr>
          <w:b/>
          <w:sz w:val="20"/>
        </w:rPr>
        <w:t>Dane dotyczące sytuacji materialnej:</w:t>
      </w:r>
    </w:p>
    <w:p>
      <w:r>
        <w:rPr>
          <w:b w:val="0"/>
          <w:sz w:val="20"/>
        </w:rPr>
        <w:t>Źródła dochodu: ____________________________________________________________</w:t>
      </w:r>
    </w:p>
    <w:p>
      <w:r>
        <w:rPr>
          <w:b w:val="0"/>
          <w:sz w:val="20"/>
        </w:rPr>
        <w:t>Wysokość dochodu netto miesięcznie: _________________________________________</w:t>
      </w:r>
    </w:p>
    <w:p>
      <w:r>
        <w:rPr>
          <w:b w:val="0"/>
          <w:sz w:val="20"/>
        </w:rPr>
        <w:t>Liczba osób w gospodarstwie domowym: _______________________________________</w:t>
      </w:r>
    </w:p>
    <w:p>
      <w:r>
        <w:rPr>
          <w:b w:val="0"/>
          <w:sz w:val="20"/>
        </w:rPr>
        <w:t>Inne świadczenia (np. alimenty, renta): ______________________________________</w:t>
      </w:r>
    </w:p>
    <w:p/>
    <w:p>
      <w:r>
        <w:rPr>
          <w:b/>
          <w:sz w:val="20"/>
        </w:rPr>
        <w:t>Podstawa prawna:</w:t>
      </w:r>
    </w:p>
    <w:p>
      <w:r>
        <w:rPr>
          <w:b w:val="0"/>
          <w:sz w:val="20"/>
        </w:rPr>
        <w:t>Na podstawie art. 9 ustawy z dnia 12 marca 2004 r. o pomocy społecznej (Dz.U. z 2023 r. poz. 123),</w:t>
      </w:r>
    </w:p>
    <w:p>
      <w:r>
        <w:rPr>
          <w:b w:val="0"/>
          <w:sz w:val="20"/>
        </w:rPr>
        <w:t>wnioskuję o przyznanie zasiłku okresowego.</w:t>
      </w:r>
    </w:p>
    <w:p/>
    <w:p>
      <w:r>
        <w:rPr>
          <w:b/>
          <w:sz w:val="20"/>
        </w:rPr>
        <w:t>Oświadczenia wnioskodawcy:</w:t>
      </w:r>
    </w:p>
    <w:p>
      <w:r>
        <w:rPr>
          <w:b w:val="0"/>
          <w:sz w:val="20"/>
        </w:rPr>
        <w:t>1. Oświadczam, że moja sytuacja materialna uległa znacznemu pogorszeniu z powodu: ________________</w:t>
      </w:r>
    </w:p>
    <w:p>
      <w:r>
        <w:rPr>
          <w:b w:val="0"/>
          <w:sz w:val="20"/>
        </w:rPr>
        <w:t>2. Nie posiadam środków pozwalających na pokrycie niezbędnych wydatków na utrzymanie.</w:t>
      </w:r>
    </w:p>
    <w:p>
      <w:r>
        <w:rPr>
          <w:b w:val="0"/>
          <w:sz w:val="20"/>
        </w:rPr>
        <w:t>3. Zobowiązuję się do niezwłocznego poinformowania o zmianie sytuacji majątkowej lub rodzinnej.</w:t>
      </w:r>
    </w:p>
    <w:p/>
    <w:p>
      <w:r>
        <w:rPr>
          <w:b/>
          <w:sz w:val="20"/>
        </w:rPr>
        <w:t>Cel zasiłku:</w:t>
      </w:r>
    </w:p>
    <w:p>
      <w:r>
        <w:rPr>
          <w:b w:val="0"/>
          <w:sz w:val="20"/>
        </w:rPr>
        <w:t>Proszę o przyznanie zasiłku okresowego na pokrycie następujących potrzeb: _______________</w:t>
      </w:r>
    </w:p>
    <w:p>
      <w:r>
        <w:rPr>
          <w:b w:val="0"/>
          <w:sz w:val="20"/>
        </w:rPr>
        <w:t>________________________________________________________________________________</w:t>
      </w:r>
    </w:p>
    <w:p/>
    <w:p>
      <w:r>
        <w:rPr>
          <w:b/>
          <w:sz w:val="20"/>
        </w:rPr>
        <w:t>Dokumenty dołączone do wniosku:</w:t>
      </w:r>
    </w:p>
    <w:p>
      <w:r>
        <w:rPr>
          <w:b w:val="0"/>
          <w:sz w:val="20"/>
        </w:rPr>
        <w:t>☐ Zaświadczenia o dochodach</w:t>
      </w:r>
    </w:p>
    <w:p>
      <w:r>
        <w:rPr>
          <w:b w:val="0"/>
          <w:sz w:val="20"/>
        </w:rPr>
        <w:t>☐ Oświadczenia o stanie majątkowym</w:t>
      </w:r>
    </w:p>
    <w:p>
      <w:r>
        <w:rPr>
          <w:b w:val="0"/>
          <w:sz w:val="20"/>
        </w:rPr>
        <w:t>☐ Inne dokumenty potwierdzające sytuację materialną: _____________________________</w:t>
      </w:r>
    </w:p>
    <w:p/>
    <w:p>
      <w:r>
        <w:rPr>
          <w:b w:val="0"/>
          <w:sz w:val="20"/>
        </w:rPr>
        <w:t>Miejsce, Data: 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Podpis Wnioskodawcy: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https://wniosek-specjalista.com/wniosek-o-zasilek-okresowy-wzor/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niosek-o-zasilek-okresowy-wzor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