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ZAPOMOGĘ BEZZWROTNĄ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_____________________________________________</w:t>
      </w:r>
    </w:p>
    <w:p>
      <w:r>
        <w:rPr>
          <w:b w:val="0"/>
          <w:sz w:val="20"/>
        </w:rPr>
        <w:t>PESEL: ______________________________________________________</w:t>
      </w:r>
    </w:p>
    <w:p>
      <w:r>
        <w:rPr>
          <w:b w:val="0"/>
          <w:sz w:val="20"/>
        </w:rPr>
        <w:t>Adres zamieszkania: _________________________________________</w:t>
      </w:r>
    </w:p>
    <w:p>
      <w:r>
        <w:rPr>
          <w:b w:val="0"/>
          <w:sz w:val="20"/>
        </w:rPr>
        <w:t>Nr telefonu: ________________________________________________</w:t>
      </w:r>
    </w:p>
    <w:p>
      <w:r>
        <w:rPr>
          <w:b w:val="0"/>
          <w:sz w:val="20"/>
        </w:rPr>
        <w:t>Adres e-mail: _______________________________________________</w:t>
      </w:r>
    </w:p>
    <w:p/>
    <w:p>
      <w:r>
        <w:rPr>
          <w:b/>
          <w:sz w:val="20"/>
        </w:rPr>
        <w:t>Podstawa prawna:</w:t>
      </w:r>
    </w:p>
    <w:p>
      <w:r>
        <w:rPr>
          <w:b w:val="0"/>
          <w:sz w:val="20"/>
        </w:rPr>
        <w:t>Na podstawie art. 61 ustawy z dnia 12 marca 2004 r. o pomocy społecznej (Dz.U. z 2023 r. poz. 105 i 234),</w:t>
      </w:r>
    </w:p>
    <w:p>
      <w:r>
        <w:rPr>
          <w:b w:val="0"/>
          <w:sz w:val="20"/>
        </w:rPr>
        <w:t>wnoszę o przyznanie zapomogi bezzwrotnej z powodu zaistniałych trudności życiowych.</w:t>
      </w:r>
    </w:p>
    <w:p/>
    <w:p>
      <w:r>
        <w:rPr>
          <w:b/>
          <w:sz w:val="20"/>
        </w:rPr>
        <w:t>Uzasadnienie wniosku:</w:t>
      </w:r>
    </w:p>
    <w:p>
      <w:r>
        <w:rPr>
          <w:b w:val="0"/>
          <w:sz w:val="20"/>
        </w:rPr>
        <w:t>Opis sytuacji, która powoduje trudności życiowe i uzasadnia przyznanie zapomogi: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Oświadczenia Wnioskodawcy:</w:t>
      </w:r>
    </w:p>
    <w:p>
      <w:r>
        <w:rPr>
          <w:b w:val="0"/>
          <w:sz w:val="20"/>
        </w:rPr>
        <w:t>1. Oświadczam, że powyższe dane są prawdziwe i kompletne.</w:t>
      </w:r>
    </w:p>
    <w:p>
      <w:r>
        <w:rPr>
          <w:b w:val="0"/>
          <w:sz w:val="20"/>
        </w:rPr>
        <w:t>2. Zobowiązuję się do niezwłocznego poinformowania o zmianie sytuacji mającej wpływ na przyznanie pomocy.</w:t>
      </w:r>
    </w:p>
    <w:p>
      <w:r>
        <w:rPr>
          <w:b w:val="0"/>
          <w:sz w:val="20"/>
        </w:rPr>
        <w:t>3. Wyrażam zgodę na przetwarzanie moich danych osobowych w celu rozpatrzenia niniejszego wniosku.</w:t>
      </w:r>
    </w:p>
    <w:p/>
    <w:p>
      <w:r>
        <w:rPr>
          <w:b/>
          <w:sz w:val="20"/>
        </w:rPr>
        <w:t>Załączniki do wniosku (wymienić):</w:t>
      </w:r>
    </w:p>
    <w:p>
      <w:r>
        <w:rPr>
          <w:b w:val="0"/>
          <w:sz w:val="20"/>
        </w:rPr>
        <w:t>1. Zaświadczenia, dokumenty potwierdzające sytuację materialną lub losową.</w:t>
      </w:r>
    </w:p>
    <w:p>
      <w:r>
        <w:rPr>
          <w:b w:val="0"/>
          <w:sz w:val="20"/>
        </w:rPr>
        <w:t>2. Inne dokumenty: ___________________________________________</w:t>
      </w:r>
    </w:p>
    <w:p>
      <w:r>
        <w:rPr>
          <w:b w:val="0"/>
          <w:sz w:val="20"/>
        </w:rPr>
        <w:t>3. ___________________________________________________________</w:t>
      </w:r>
    </w:p>
    <w:p/>
    <w:p>
      <w:r>
        <w:rPr>
          <w:b w:val="0"/>
          <w:sz w:val="20"/>
        </w:rPr>
        <w:t>Miejsce, Data: _______________________________________________</w:t>
      </w:r>
    </w:p>
    <w:p/>
    <w:p/>
    <w:p>
      <w:r>
        <w:rPr>
          <w:b w:val="0"/>
          <w:sz w:val="20"/>
        </w:rPr>
        <w:t>Podpis Wnioskodawcy: 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DECYZJA URZĘDU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I PODPIS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Treść decyzji:</w:t>
              <w:br/>
              <w:t>__________________________________________________________</w:t>
              <w:br/>
              <w:t>__________________________________________________________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</w:t>
              <w:br/>
              <w:t>Podpis i pieczęć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Uwagi: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https://wniosek-specjalista.com/wniosek-o-zapomoge-bezzwrotna-wzor/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niosek-o-zapomoge-bezzwrotna-wzor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