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WYMIANĘ PIECA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PESEL/NIP: ______________________________________________________</w:t>
      </w:r>
    </w:p>
    <w:p>
      <w:r>
        <w:rPr>
          <w:b w:val="0"/>
          <w:sz w:val="20"/>
        </w:rPr>
        <w:t>Adres zamieszkania: _____________________________________________</w:t>
      </w:r>
    </w:p>
    <w:p>
      <w:r>
        <w:rPr>
          <w:b w:val="0"/>
          <w:sz w:val="20"/>
        </w:rPr>
        <w:t>Telefon kontaktowy: ______________________________________________</w:t>
      </w:r>
    </w:p>
    <w:p/>
    <w:p>
      <w:r>
        <w:rPr>
          <w:b/>
          <w:sz w:val="20"/>
        </w:rPr>
        <w:t>Adres nieruchomości, w której ma zostać dokonana wymiana pieca:</w:t>
      </w:r>
    </w:p>
    <w:p>
      <w:r>
        <w:rPr>
          <w:b w:val="0"/>
          <w:sz w:val="20"/>
        </w:rPr>
        <w:t>Ulica i numer domu/mieszkania: ____________________________________</w:t>
      </w:r>
    </w:p>
    <w:p>
      <w:r>
        <w:rPr>
          <w:b w:val="0"/>
          <w:sz w:val="20"/>
        </w:rPr>
        <w:t>Kod pocztowy i miejscowość: ______________________________________</w:t>
      </w:r>
    </w:p>
    <w:p/>
    <w:p>
      <w:r>
        <w:rPr>
          <w:b/>
          <w:sz w:val="20"/>
        </w:rPr>
        <w:t>Informacje o obecnym piecu:</w:t>
      </w:r>
    </w:p>
    <w:p>
      <w:r>
        <w:rPr>
          <w:b w:val="0"/>
          <w:sz w:val="20"/>
        </w:rPr>
        <w:t>Rodzaj pieca: _________________________________________________</w:t>
      </w:r>
    </w:p>
    <w:p>
      <w:r>
        <w:rPr>
          <w:b w:val="0"/>
          <w:sz w:val="20"/>
        </w:rPr>
        <w:t>Moc pieca (kW): _______________________________________________</w:t>
      </w:r>
    </w:p>
    <w:p>
      <w:r>
        <w:rPr>
          <w:b w:val="0"/>
          <w:sz w:val="20"/>
        </w:rPr>
        <w:t>Rok instalacji pieca: ___________________________________________</w:t>
      </w:r>
    </w:p>
    <w:p>
      <w:r>
        <w:rPr>
          <w:b w:val="0"/>
          <w:sz w:val="20"/>
        </w:rPr>
        <w:t>Typ paliwa: _________________________________________________</w:t>
      </w:r>
    </w:p>
    <w:p>
      <w:r>
        <w:rPr>
          <w:b w:val="0"/>
          <w:sz w:val="20"/>
        </w:rPr>
        <w:t>Stan techniczny pieca: _________________________________________</w:t>
      </w:r>
    </w:p>
    <w:p/>
    <w:p>
      <w:r>
        <w:rPr>
          <w:b/>
          <w:sz w:val="20"/>
        </w:rPr>
        <w:t>Informacje o planowanej wymianie pieca:</w:t>
      </w:r>
    </w:p>
    <w:p>
      <w:r>
        <w:rPr>
          <w:b w:val="0"/>
          <w:sz w:val="20"/>
        </w:rPr>
        <w:t>Proponowany nowy piec - marka/model: ___________________________</w:t>
      </w:r>
    </w:p>
    <w:p>
      <w:r>
        <w:rPr>
          <w:b w:val="0"/>
          <w:sz w:val="20"/>
        </w:rPr>
        <w:t>Moc nowego pieca (kW): _______________________________________</w:t>
      </w:r>
    </w:p>
    <w:p>
      <w:r>
        <w:rPr>
          <w:b w:val="0"/>
          <w:sz w:val="20"/>
        </w:rPr>
        <w:t>Typ paliwa nowego pieca: ______________________________________</w:t>
      </w:r>
    </w:p>
    <w:p>
      <w:r>
        <w:rPr>
          <w:b w:val="0"/>
          <w:sz w:val="20"/>
        </w:rPr>
        <w:t>Termin planowanej wymiany: ____________________________________</w:t>
      </w:r>
    </w:p>
    <w:p/>
    <w:p>
      <w:r>
        <w:rPr>
          <w:b/>
          <w:sz w:val="20"/>
        </w:rPr>
        <w:t>Oświadczenia i zgody:</w:t>
      </w:r>
    </w:p>
    <w:p>
      <w:r>
        <w:rPr>
          <w:b w:val="0"/>
          <w:sz w:val="20"/>
        </w:rPr>
        <w:t>1. Oświadczam, że dane zawarte we wniosku są zgodne z prawdą.</w:t>
      </w:r>
    </w:p>
    <w:p>
      <w:r>
        <w:rPr>
          <w:b w:val="0"/>
          <w:sz w:val="20"/>
        </w:rPr>
        <w:t>2. Wyrażam zgodę na przeprowadzenie wizji lokalnej przez uprawnione służby.</w:t>
      </w:r>
    </w:p>
    <w:p>
      <w:r>
        <w:rPr>
          <w:b w:val="0"/>
          <w:sz w:val="20"/>
        </w:rPr>
        <w:t>3. Zobowiązuję się do przestrzegania obowiązujących przepisów oraz do wykonania wymiany pieca zgodnie z wymogami prawa.</w:t>
      </w:r>
    </w:p>
    <w:p/>
    <w:p>
      <w:r>
        <w:rPr>
          <w:b w:val="0"/>
          <w:sz w:val="20"/>
        </w:rPr>
        <w:t>Miejsce: ___________________________________________</w:t>
      </w:r>
    </w:p>
    <w:p>
      <w:r>
        <w:rPr>
          <w:b w:val="0"/>
          <w:sz w:val="20"/>
        </w:rPr>
        <w:t>Data: ______________________________________________</w:t>
      </w:r>
    </w:p>
    <w:p/>
    <w:p/>
    <w:p>
      <w:r>
        <w:rPr>
          <w:b/>
          <w:sz w:val="20"/>
        </w:rPr>
        <w:t>Podpis Wnioskodawcy:</w:t>
      </w:r>
    </w:p>
    <w:p>
      <w:r>
        <w:rPr>
          <w:b w:val="0"/>
          <w:sz w:val="20"/>
        </w:rPr>
        <w:t>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PRZYJMUJĄCY WNIOSEK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DECYZJA URZĘDU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przyjęcia: 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decyzji: 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https://wniosek-specjalista.com/wniosek-o-wymiane-pieca-wzor/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wymiane-pieca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