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WBICIE GAZU W DOWÓD REJESTRACYJNY</w:t>
      </w:r>
    </w:p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 : ________________________________________________</w:t>
      </w:r>
    </w:p>
    <w:p>
      <w:r>
        <w:rPr>
          <w:b w:val="0"/>
          <w:sz w:val="20"/>
        </w:rPr>
        <w:t>Adres zamieszkania/siedziby : _________________________________________________</w:t>
      </w:r>
    </w:p>
    <w:p>
      <w:r>
        <w:rPr>
          <w:b w:val="0"/>
          <w:sz w:val="20"/>
        </w:rPr>
        <w:t>PESEL / NIP : _________________________________________________________________</w:t>
      </w:r>
    </w:p>
    <w:p>
      <w:r>
        <w:rPr>
          <w:b w:val="0"/>
          <w:sz w:val="20"/>
        </w:rPr>
        <w:t>Numer dowodu osobistego / REGON : _____________________________________________</w:t>
      </w:r>
    </w:p>
    <w:p/>
    <w:p>
      <w:r>
        <w:rPr>
          <w:b/>
          <w:sz w:val="20"/>
        </w:rPr>
        <w:t>Dane pojazdu:</w:t>
      </w:r>
    </w:p>
    <w:p>
      <w:r>
        <w:rPr>
          <w:b w:val="0"/>
          <w:sz w:val="20"/>
        </w:rPr>
        <w:t>Marka i model : ________________________________________________________________</w:t>
      </w:r>
    </w:p>
    <w:p>
      <w:r>
        <w:rPr>
          <w:b w:val="0"/>
          <w:sz w:val="20"/>
        </w:rPr>
        <w:t>Numer rejestracyjny : _________________________________________________________</w:t>
      </w:r>
    </w:p>
    <w:p>
      <w:r>
        <w:rPr>
          <w:b w:val="0"/>
          <w:sz w:val="20"/>
        </w:rPr>
        <w:t>Numer VIN : ___________________________________________________________________</w:t>
      </w:r>
    </w:p>
    <w:p>
      <w:r>
        <w:rPr>
          <w:b w:val="0"/>
          <w:sz w:val="20"/>
        </w:rPr>
        <w:t>Numer homologacji gazowej (jeśli dotyczy) : _____________________________________</w:t>
      </w:r>
    </w:p>
    <w:p/>
    <w:p>
      <w:r>
        <w:rPr>
          <w:b/>
          <w:sz w:val="20"/>
        </w:rPr>
        <w:t>Informacje o instalacji gazowej:</w:t>
      </w:r>
    </w:p>
    <w:p>
      <w:r>
        <w:rPr>
          <w:b w:val="0"/>
          <w:sz w:val="20"/>
        </w:rPr>
        <w:t>Rodzaj instalacji gazowej (LPG/CNG) : __________________________________________</w:t>
      </w:r>
    </w:p>
    <w:p>
      <w:r>
        <w:rPr>
          <w:b w:val="0"/>
          <w:sz w:val="20"/>
        </w:rPr>
        <w:t>Data montażu instalacji gazowej : ______________________________________________</w:t>
      </w:r>
    </w:p>
    <w:p>
      <w:r>
        <w:rPr>
          <w:b w:val="0"/>
          <w:sz w:val="20"/>
        </w:rPr>
        <w:t>Nazwa i adres warsztatu montującego : ___________________________________________</w:t>
      </w:r>
    </w:p>
    <w:p>
      <w:r>
        <w:rPr>
          <w:b w:val="0"/>
          <w:sz w:val="20"/>
        </w:rPr>
        <w:t>Numer certyfikatu homologacji instalacji : ______________________________________</w:t>
      </w:r>
    </w:p>
    <w:p/>
    <w:p>
      <w:r>
        <w:rPr>
          <w:b/>
          <w:sz w:val="20"/>
        </w:rPr>
        <w:t>Oświadczenia i zgody:</w:t>
      </w:r>
    </w:p>
    <w:p>
      <w:r>
        <w:rPr>
          <w:b w:val="0"/>
          <w:sz w:val="20"/>
        </w:rPr>
        <w:t>Oświadczam, że instalacja gazowa została zamontowana zgodnie z obowiązującymi przepisami oraz posiada wymagane atesty i homologacje.</w:t>
      </w:r>
    </w:p>
    <w:p>
      <w:r>
        <w:rPr>
          <w:b w:val="0"/>
          <w:sz w:val="20"/>
        </w:rPr>
        <w:t>Wyrażam zgodę na wprowadzenie informacji o instalacji gazowej do dowodu rejestracyjnego pojazdu.</w:t>
      </w:r>
    </w:p>
    <w:p/>
    <w:p>
      <w:r>
        <w:rPr>
          <w:b w:val="0"/>
          <w:sz w:val="20"/>
        </w:rPr>
        <w:t>Miejsce, Data : ________________________________________________________________</w:t>
      </w:r>
    </w:p>
    <w:p/>
    <w:p/>
    <w:p>
      <w:r>
        <w:rPr>
          <w:b w:val="0"/>
          <w:sz w:val="20"/>
        </w:rPr>
        <w:t>Podpis Wnioskodawcy : 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URZĄD REJESTRACYJNY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WARSZTAT MONTAŻOWY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i pieczątka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i pieczątka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wbicia gazu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montażu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https://wniosek-specjalista.com/wniosek-o-wbicie-gazu-w-dowod-rejestracyjny/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wbicie-gazu-w-dowod-rejestracyjny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