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ustanowienie kuratora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</w:t>
      </w:r>
    </w:p>
    <w:p>
      <w:r>
        <w:rPr>
          <w:b w:val="0"/>
          <w:sz w:val="20"/>
        </w:rPr>
        <w:t>PESEL: _______________________________________________________</w:t>
      </w:r>
    </w:p>
    <w:p>
      <w:r>
        <w:rPr>
          <w:b w:val="0"/>
          <w:sz w:val="20"/>
        </w:rPr>
        <w:t>Adres zamieszkania: ___________________________________________</w:t>
      </w:r>
    </w:p>
    <w:p>
      <w:r>
        <w:rPr>
          <w:b w:val="0"/>
          <w:sz w:val="20"/>
        </w:rPr>
        <w:t>Telefon kontaktowy: ___________________________________________</w:t>
      </w:r>
    </w:p>
    <w:p/>
    <w:p>
      <w:r>
        <w:rPr>
          <w:b/>
          <w:sz w:val="20"/>
        </w:rPr>
        <w:t>Dane osoby, dla której ma być ustanowiony kurator:</w:t>
      </w:r>
    </w:p>
    <w:p>
      <w:r>
        <w:rPr>
          <w:b w:val="0"/>
          <w:sz w:val="20"/>
        </w:rPr>
        <w:t>Imię i nazwisko: ______________________________________________</w:t>
      </w:r>
    </w:p>
    <w:p>
      <w:r>
        <w:rPr>
          <w:b w:val="0"/>
          <w:sz w:val="20"/>
        </w:rPr>
        <w:t>PESEL: _______________________________________________________</w:t>
      </w:r>
    </w:p>
    <w:p>
      <w:r>
        <w:rPr>
          <w:b w:val="0"/>
          <w:sz w:val="20"/>
        </w:rPr>
        <w:t>Adres zamieszkania: ___________________________________________</w:t>
      </w:r>
    </w:p>
    <w:p/>
    <w:p>
      <w:r>
        <w:rPr>
          <w:b/>
          <w:sz w:val="20"/>
        </w:rPr>
        <w:t>Uzasadnienie wniosku:</w:t>
      </w:r>
    </w:p>
    <w:p>
      <w:r>
        <w:rPr>
          <w:b w:val="0"/>
          <w:sz w:val="20"/>
        </w:rPr>
        <w:t>Na podstawie art. 83 i nast. Kodeksu rodzinnego i opiekuńczego wnoszę o ustanowienie kuratora dla osoby wymienionej powyżej, z powodu niemożności samodzielnego czynnego udziału w postępowaniu lub zarządzaniu własnymi sprawami z powodu: ________________________________.</w:t>
      </w:r>
    </w:p>
    <w:p/>
    <w:p>
      <w:r>
        <w:rPr>
          <w:b/>
          <w:sz w:val="20"/>
        </w:rPr>
        <w:t>Opis okoliczności uzasadniających wniosek:</w:t>
      </w:r>
    </w:p>
    <w:p>
      <w:r>
        <w:rPr>
          <w:b w:val="0"/>
          <w:sz w:val="20"/>
        </w:rPr>
        <w:t>__________________________________________________________________________________________</w:t>
        <w:br/>
        <w:t>__________________________________________________________________________________________</w:t>
        <w:br/>
        <w:t>__________________________________________________________________________________________</w:t>
      </w:r>
    </w:p>
    <w:p/>
    <w:p>
      <w:r>
        <w:rPr>
          <w:b/>
          <w:sz w:val="20"/>
        </w:rPr>
        <w:t>Propozycja osoby do pełnienia funkcji kuratora (jeśli dotyczy):</w:t>
      </w:r>
    </w:p>
    <w:p>
      <w:r>
        <w:rPr>
          <w:b w:val="0"/>
          <w:sz w:val="20"/>
        </w:rPr>
        <w:t>Imię i nazwisko: ______________________________________________</w:t>
      </w:r>
    </w:p>
    <w:p>
      <w:r>
        <w:rPr>
          <w:b w:val="0"/>
          <w:sz w:val="20"/>
        </w:rPr>
        <w:t>PESEL: _______________________________________________________</w:t>
      </w:r>
    </w:p>
    <w:p>
      <w:r>
        <w:rPr>
          <w:b w:val="0"/>
          <w:sz w:val="20"/>
        </w:rPr>
        <w:t>Adres zamieszkania: ___________________________________________</w:t>
      </w:r>
    </w:p>
    <w:p>
      <w:r>
        <w:rPr>
          <w:b w:val="0"/>
          <w:sz w:val="20"/>
        </w:rPr>
        <w:t>Telefon kontaktowy: ___________________________________________</w:t>
      </w:r>
    </w:p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1. Dowód osobisty wnioskodawcy kopia</w:t>
      </w:r>
    </w:p>
    <w:p>
      <w:r>
        <w:rPr>
          <w:b w:val="0"/>
          <w:sz w:val="20"/>
        </w:rPr>
        <w:t>2. Dokumenty potwierdzające stan zdrowia osoby, dla której ma zostać ustanowiony kurator</w:t>
      </w:r>
    </w:p>
    <w:p>
      <w:r>
        <w:rPr>
          <w:b w:val="0"/>
          <w:sz w:val="20"/>
        </w:rPr>
        <w:t>3. Inne: ______________________________________________________</w:t>
      </w:r>
    </w:p>
    <w:p/>
    <w:p/>
    <w:p>
      <w:r>
        <w:rPr>
          <w:b w:val="0"/>
          <w:sz w:val="20"/>
        </w:rPr>
        <w:t>Miejsce,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wnioskodawcy: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https://wniosek-specjalista.com/wniosek-o-ustanowienie-kuratora-wzor/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ustanowienie-kuratora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