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WNIOSEK O USTALENIE OJCOSTWA</w:t>
      </w:r>
    </w:p>
    <w:p/>
    <w:p/>
    <w:p>
      <w:r>
        <w:rPr>
          <w:b/>
          <w:sz w:val="22"/>
        </w:rPr>
        <w:t>Dane Wnioskodawcy:</w:t>
      </w:r>
    </w:p>
    <w:p>
      <w:r>
        <w:rPr>
          <w:b w:val="0"/>
          <w:sz w:val="22"/>
        </w:rPr>
        <w:t>Imię i nazwisko: ____________________________________________________________</w:t>
      </w:r>
    </w:p>
    <w:p>
      <w:r>
        <w:rPr>
          <w:b w:val="0"/>
          <w:sz w:val="22"/>
        </w:rPr>
        <w:t>PESEL: ____________________________________________________</w:t>
      </w:r>
    </w:p>
    <w:p>
      <w:r>
        <w:rPr>
          <w:b w:val="0"/>
          <w:sz w:val="22"/>
        </w:rPr>
        <w:t>Adres zamieszkania: _________________________________________________________</w:t>
      </w:r>
    </w:p>
    <w:p>
      <w:r>
        <w:rPr>
          <w:b w:val="0"/>
          <w:sz w:val="22"/>
        </w:rPr>
        <w:t>Telefon kontaktowy: _________________________________________________________</w:t>
      </w:r>
    </w:p>
    <w:p/>
    <w:p>
      <w:r>
        <w:rPr>
          <w:b/>
          <w:sz w:val="22"/>
        </w:rPr>
        <w:t>Dane dziecka:</w:t>
      </w:r>
    </w:p>
    <w:p>
      <w:r>
        <w:rPr>
          <w:b w:val="0"/>
          <w:sz w:val="22"/>
        </w:rPr>
        <w:t>Imię i nazwisko: ____________________________________________________________</w:t>
      </w:r>
    </w:p>
    <w:p>
      <w:r>
        <w:rPr>
          <w:b w:val="0"/>
          <w:sz w:val="22"/>
        </w:rPr>
        <w:t>Data i miejsce urodzenia: _________________________________________________</w:t>
      </w:r>
    </w:p>
    <w:p>
      <w:r>
        <w:rPr>
          <w:b w:val="0"/>
          <w:sz w:val="22"/>
        </w:rPr>
        <w:t>PESEL (jeśli nadany): ___________________________________________________</w:t>
      </w:r>
    </w:p>
    <w:p/>
    <w:p>
      <w:r>
        <w:rPr>
          <w:b/>
          <w:sz w:val="22"/>
        </w:rPr>
        <w:t>Dane osoby, której dotyczy ustalenie ojcostwa:</w:t>
      </w:r>
    </w:p>
    <w:p>
      <w:r>
        <w:rPr>
          <w:b w:val="0"/>
          <w:sz w:val="22"/>
        </w:rPr>
        <w:t>Imię i nazwisko: ____________________________________________________________</w:t>
      </w:r>
    </w:p>
    <w:p>
      <w:r>
        <w:rPr>
          <w:b w:val="0"/>
          <w:sz w:val="22"/>
        </w:rPr>
        <w:t>PESEL: ____________________________________________________</w:t>
      </w:r>
    </w:p>
    <w:p>
      <w:r>
        <w:rPr>
          <w:b w:val="0"/>
          <w:sz w:val="22"/>
        </w:rPr>
        <w:t>Adres zamieszkania: _________________________________________________________</w:t>
      </w:r>
    </w:p>
    <w:p/>
    <w:p>
      <w:r>
        <w:rPr>
          <w:b/>
          <w:sz w:val="22"/>
        </w:rPr>
        <w:t>Podstawa prawna:</w:t>
      </w:r>
    </w:p>
    <w:p>
      <w:r>
        <w:rPr>
          <w:b w:val="0"/>
          <w:sz w:val="22"/>
        </w:rPr>
        <w:t>Na podstawie art. 71 i nast. Kodeksu rodzinnego i opiekuńczego składam wniosek o ustalenie ojcostwa.</w:t>
      </w:r>
    </w:p>
    <w:p/>
    <w:p>
      <w:r>
        <w:rPr>
          <w:b/>
          <w:sz w:val="22"/>
        </w:rPr>
        <w:t>Uzasadnienie wniosku:</w:t>
      </w:r>
    </w:p>
    <w:p>
      <w:r>
        <w:rPr>
          <w:b w:val="0"/>
          <w:sz w:val="22"/>
        </w:rPr>
        <w:t>...............................................................................................................</w:t>
      </w:r>
    </w:p>
    <w:p>
      <w:r>
        <w:rPr>
          <w:b w:val="0"/>
          <w:sz w:val="22"/>
        </w:rPr>
        <w:t>...............................................................................................................</w:t>
      </w:r>
    </w:p>
    <w:p>
      <w:r>
        <w:rPr>
          <w:b w:val="0"/>
          <w:sz w:val="22"/>
        </w:rPr>
        <w:t>...............................................................................................................</w:t>
      </w:r>
    </w:p>
    <w:p>
      <w:r>
        <w:rPr>
          <w:b w:val="0"/>
          <w:sz w:val="22"/>
        </w:rPr>
        <w:t>...............................................................................................................</w:t>
      </w:r>
    </w:p>
    <w:p>
      <w:r>
        <w:rPr>
          <w:b w:val="0"/>
          <w:sz w:val="22"/>
        </w:rPr>
        <w:t>...............................................................................................................</w:t>
      </w:r>
    </w:p>
    <w:p>
      <w:r>
        <w:rPr>
          <w:b w:val="0"/>
          <w:sz w:val="22"/>
        </w:rPr>
        <w:t>...............................................................................................................</w:t>
      </w:r>
    </w:p>
    <w:p/>
    <w:p>
      <w:r>
        <w:rPr>
          <w:b/>
          <w:sz w:val="22"/>
        </w:rPr>
        <w:t>Wnoszę o:</w:t>
      </w:r>
    </w:p>
    <w:p>
      <w:r>
        <w:rPr>
          <w:b w:val="0"/>
          <w:sz w:val="22"/>
        </w:rPr>
        <w:t>1. Ustalenie ojcostwa dziecka wymienionego powyżej przez osobę wskazaną powyżej jako ojca.</w:t>
      </w:r>
    </w:p>
    <w:p>
      <w:r>
        <w:rPr>
          <w:b w:val="0"/>
          <w:sz w:val="22"/>
        </w:rPr>
        <w:t>2. Przeprowadzenie dowodów niezbędnych do rozstrzygnięcia sprawy zgodnie z przepisami prawa.</w:t>
      </w:r>
    </w:p>
    <w:p/>
    <w:p>
      <w:r>
        <w:rPr>
          <w:b/>
          <w:sz w:val="22"/>
        </w:rPr>
        <w:t>Załączniki:</w:t>
      </w:r>
    </w:p>
    <w:p>
      <w:r>
        <w:rPr>
          <w:b w:val="0"/>
          <w:sz w:val="22"/>
        </w:rPr>
        <w:t>1. Odpis aktu urodzenia dziecka.</w:t>
      </w:r>
    </w:p>
    <w:p>
      <w:r>
        <w:rPr>
          <w:b w:val="0"/>
          <w:sz w:val="22"/>
        </w:rPr>
        <w:t>2. Inne dokumenty potwierdzające okoliczności faktyczne (jeśli dotyczy): ________________</w:t>
      </w:r>
    </w:p>
    <w:p/>
    <w:p/>
    <w:p>
      <w:r>
        <w:rPr>
          <w:b w:val="0"/>
          <w:sz w:val="22"/>
        </w:rPr>
        <w:t>Miejscowość: ___________________________________</w:t>
      </w:r>
    </w:p>
    <w:p>
      <w:r>
        <w:rPr>
          <w:b w:val="0"/>
          <w:sz w:val="22"/>
        </w:rPr>
        <w:t>Data: __________________________________________</w:t>
      </w:r>
    </w:p>
    <w:p/>
    <w:p/>
    <w:p>
      <w:r>
        <w:rPr>
          <w:b w:val="0"/>
          <w:sz w:val="22"/>
        </w:rPr>
        <w:t>Podpis wnioskodawcy: 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Wnioskodawca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Pracownik urzędu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https://wniosek-specjalista.com/wniosek-o-ustalenie-ojcostwa-wzor/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https://wniosek-specjalista.com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wniosek-specjalista.com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specjalista.com/wniosek-o-ustalenie-ojcostwa-wzor/" TargetMode="External"/><Relationship Id="rId10" Type="http://schemas.openxmlformats.org/officeDocument/2006/relationships/hyperlink" Target="https://wniosek-specjalis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