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UDZIELENIE URLOPU NA ODSTRZAŁ SANITARNY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____________________________________________________________</w:t>
      </w:r>
    </w:p>
    <w:p>
      <w:r>
        <w:rPr>
          <w:b w:val="0"/>
          <w:sz w:val="20"/>
        </w:rPr>
        <w:t>Numer telefonu: _________________________________________________________________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_________________________________________________________________</w:t>
      </w:r>
    </w:p>
    <w:p/>
    <w:p>
      <w:r>
        <w:rPr>
          <w:b/>
          <w:sz w:val="20"/>
        </w:rPr>
        <w:t>Dane dotyczące zwierząt przeznaczonych do odstrzału sanitarnego:</w:t>
      </w:r>
    </w:p>
    <w:p>
      <w:r>
        <w:rPr>
          <w:b w:val="0"/>
          <w:sz w:val="20"/>
        </w:rPr>
        <w:t>Gatunek zwierząt: _______________________________________________________________</w:t>
      </w:r>
    </w:p>
    <w:p>
      <w:r>
        <w:rPr>
          <w:b w:val="0"/>
          <w:sz w:val="20"/>
        </w:rPr>
        <w:t>Ilość zwierząt: _________________________________________________________________</w:t>
      </w:r>
    </w:p>
    <w:p>
      <w:r>
        <w:rPr>
          <w:b w:val="0"/>
          <w:sz w:val="20"/>
        </w:rPr>
        <w:t>Miejsce odstrzału: ______________________________________________________________</w:t>
      </w:r>
    </w:p>
    <w:p>
      <w:r>
        <w:rPr>
          <w:b w:val="0"/>
          <w:sz w:val="20"/>
        </w:rPr>
        <w:t>Okres planowanego odstrzału (od - do): 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38 ust. 1 ustawy z dnia 13 października 1995 r. o ochronie przyrody (Dz.U. z 2023 r. poz. 814 z późn. zm.), wnoszę o udzielenie urlopu na odstrzał sanitarny zwierząt.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/>
    <w:p>
      <w:r>
        <w:rPr>
          <w:b/>
          <w:sz w:val="20"/>
        </w:rPr>
        <w:t>Oświadczam, że zapoznałem/am się z warunkami przeprowadzenia odstrzału sanitarnego oraz zobowiązuję się do przestrzegania wszystkich obowiązujących przepisów prawa i zasad bezpieczeństwa.</w:t>
      </w:r>
    </w:p>
    <w:p/>
    <w:p/>
    <w:p>
      <w:r>
        <w:rPr>
          <w:b w:val="0"/>
          <w:sz w:val="20"/>
        </w:rPr>
        <w:t>Miejsce: ___________________________________________________    Data: ______________________</w:t>
      </w:r>
    </w:p>
    <w:p/>
    <w:p/>
    <w:p>
      <w:r>
        <w:rPr>
          <w:b w:val="0"/>
          <w:sz w:val="20"/>
        </w:rPr>
        <w:t>Podpis wnioskodawcy: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Decyzja Właściwego Organu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Zatwierdzam / Nie zatwierdzam (niepotrzebne skreślić)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i pieczęć: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https://wniosek-specjalista.com/wniosek-o-urlop-na-odstrzal-sanitarny-wzor/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urlop-na-odstrzal-sanitarny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