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WNIOSEK O UREGULOWANIE KONTAKTÓW Z DZIECKIEM</w:t>
      </w:r>
    </w:p>
    <w:p/>
    <w:p/>
    <w:p>
      <w:r>
        <w:rPr>
          <w:b/>
          <w:sz w:val="20"/>
        </w:rPr>
        <w:t>Dane Wnioskodawcy:</w:t>
      </w:r>
    </w:p>
    <w:p>
      <w:r>
        <w:rPr>
          <w:b w:val="0"/>
          <w:sz w:val="20"/>
        </w:rPr>
        <w:t>Imię i nazwisko: _______________________________________________________</w:t>
      </w:r>
    </w:p>
    <w:p>
      <w:r>
        <w:rPr>
          <w:b w:val="0"/>
          <w:sz w:val="20"/>
        </w:rPr>
        <w:t>PESEL: ________________________________________________________________</w:t>
      </w:r>
    </w:p>
    <w:p>
      <w:r>
        <w:rPr>
          <w:b w:val="0"/>
          <w:sz w:val="20"/>
        </w:rPr>
        <w:t>Adres zamieszkania: ____________________________________________________</w:t>
      </w:r>
    </w:p>
    <w:p>
      <w:r>
        <w:rPr>
          <w:b w:val="0"/>
          <w:sz w:val="20"/>
        </w:rPr>
        <w:t>Nr telefonu: ___________________________________________________________</w:t>
      </w:r>
    </w:p>
    <w:p/>
    <w:p>
      <w:r>
        <w:rPr>
          <w:b/>
          <w:sz w:val="20"/>
        </w:rPr>
        <w:t>Dane dziecka:</w:t>
      </w:r>
    </w:p>
    <w:p>
      <w:r>
        <w:rPr>
          <w:b w:val="0"/>
          <w:sz w:val="20"/>
        </w:rPr>
        <w:t>Imię i nazwisko: _______________________________________________________</w:t>
      </w:r>
    </w:p>
    <w:p>
      <w:r>
        <w:rPr>
          <w:b w:val="0"/>
          <w:sz w:val="20"/>
        </w:rPr>
        <w:t>Data urodzenia: ________________________________________________________</w:t>
      </w:r>
    </w:p>
    <w:p>
      <w:r>
        <w:rPr>
          <w:b w:val="0"/>
          <w:sz w:val="20"/>
        </w:rPr>
        <w:t>PESEL: ________________________________________________________________</w:t>
      </w:r>
    </w:p>
    <w:p/>
    <w:p>
      <w:r>
        <w:rPr>
          <w:b/>
          <w:sz w:val="20"/>
        </w:rPr>
        <w:t>Dane drugiej strony (adresata wniosku):</w:t>
      </w:r>
    </w:p>
    <w:p>
      <w:r>
        <w:rPr>
          <w:b w:val="0"/>
          <w:sz w:val="20"/>
        </w:rPr>
        <w:t>Imię i nazwisko: _______________________________________________________</w:t>
      </w:r>
    </w:p>
    <w:p>
      <w:r>
        <w:rPr>
          <w:b w:val="0"/>
          <w:sz w:val="20"/>
        </w:rPr>
        <w:t>PESEL: ________________________________________________________________</w:t>
      </w:r>
    </w:p>
    <w:p>
      <w:r>
        <w:rPr>
          <w:b w:val="0"/>
          <w:sz w:val="20"/>
        </w:rPr>
        <w:t>Adres zamieszkania: ____________________________________________________</w:t>
      </w:r>
    </w:p>
    <w:p/>
    <w:p>
      <w:r>
        <w:rPr>
          <w:b/>
          <w:sz w:val="20"/>
        </w:rPr>
        <w:t>Uzasadnienie i propozycje dotyczące kontaktów z dzieckiem:</w:t>
      </w:r>
    </w:p>
    <w:p>
      <w:r>
        <w:rPr>
          <w:b w:val="0"/>
          <w:sz w:val="20"/>
        </w:rPr>
        <w:t>................................................................................................................</w:t>
      </w:r>
    </w:p>
    <w:p>
      <w:r>
        <w:rPr>
          <w:b w:val="0"/>
          <w:sz w:val="20"/>
        </w:rPr>
        <w:t>................................................................................................................</w:t>
      </w:r>
    </w:p>
    <w:p>
      <w:r>
        <w:rPr>
          <w:b w:val="0"/>
          <w:sz w:val="20"/>
        </w:rPr>
        <w:t>................................................................................................................</w:t>
      </w:r>
    </w:p>
    <w:p>
      <w:r>
        <w:rPr>
          <w:b w:val="0"/>
          <w:sz w:val="20"/>
        </w:rPr>
        <w:t>................................................................................................................</w:t>
      </w:r>
    </w:p>
    <w:p>
      <w:r>
        <w:rPr>
          <w:b w:val="0"/>
          <w:sz w:val="20"/>
        </w:rPr>
        <w:t>................................................................................................................</w:t>
      </w:r>
    </w:p>
    <w:p>
      <w:r>
        <w:rPr>
          <w:b w:val="0"/>
          <w:sz w:val="20"/>
        </w:rPr>
        <w:t>................................................................................................................</w:t>
      </w:r>
    </w:p>
    <w:p>
      <w:r>
        <w:rPr>
          <w:b w:val="0"/>
          <w:sz w:val="20"/>
        </w:rPr>
        <w:t>................................................................................................................</w:t>
      </w:r>
    </w:p>
    <w:p>
      <w:r>
        <w:rPr>
          <w:b w:val="0"/>
          <w:sz w:val="20"/>
        </w:rPr>
        <w:t>................................................................................................................</w:t>
      </w:r>
    </w:p>
    <w:p/>
    <w:p>
      <w:r>
        <w:rPr>
          <w:b/>
          <w:sz w:val="20"/>
        </w:rPr>
        <w:t>Wnoszę o:</w:t>
      </w:r>
    </w:p>
    <w:p>
      <w:r>
        <w:rPr>
          <w:b w:val="0"/>
          <w:sz w:val="20"/>
        </w:rPr>
        <w:t>1. Uregulowanie kontaktów z dzieckiem w następujący sposób: _______________________________</w:t>
      </w:r>
    </w:p>
    <w:p>
      <w:r>
        <w:rPr>
          <w:b w:val="0"/>
          <w:sz w:val="20"/>
        </w:rPr>
        <w:t xml:space="preserve">   ___________________________________________________________________________________</w:t>
      </w:r>
    </w:p>
    <w:p>
      <w:r>
        <w:rPr>
          <w:b w:val="0"/>
          <w:sz w:val="20"/>
        </w:rPr>
        <w:t>2. Ustalenie miejsca i czasu kontaktów: ________________________________________________</w:t>
      </w:r>
    </w:p>
    <w:p>
      <w:r>
        <w:rPr>
          <w:b w:val="0"/>
          <w:sz w:val="20"/>
        </w:rPr>
        <w:t xml:space="preserve">   ___________________________________________________________________________________</w:t>
      </w:r>
    </w:p>
    <w:p>
      <w:r>
        <w:rPr>
          <w:b w:val="0"/>
          <w:sz w:val="20"/>
        </w:rPr>
        <w:t>3. Ewentualne inne postanowienia dotyczące kontaktów: _________________________________</w:t>
      </w:r>
    </w:p>
    <w:p>
      <w:r>
        <w:rPr>
          <w:b w:val="0"/>
          <w:sz w:val="20"/>
        </w:rPr>
        <w:t xml:space="preserve">   ___________________________________________________________________________________</w:t>
      </w:r>
    </w:p>
    <w:p/>
    <w:p/>
    <w:p>
      <w:r>
        <w:rPr>
          <w:b w:val="0"/>
          <w:sz w:val="20"/>
        </w:rPr>
        <w:t>Oświadczam, że powyższe informacje są prawdziwe, a wniosek składam zgodnie z najlepszym interesem dziecka.</w:t>
      </w:r>
    </w:p>
    <w:p/>
    <w:p/>
    <w:p/>
    <w:p>
      <w:r>
        <w:rPr>
          <w:b w:val="0"/>
          <w:sz w:val="20"/>
        </w:rPr>
        <w:t>Miejsce: ___________________________________       Data: ____________________________</w:t>
      </w:r>
    </w:p>
    <w:p/>
    <w:p/>
    <w:p/>
    <w:p>
      <w:r>
        <w:rPr>
          <w:b w:val="0"/>
          <w:sz w:val="20"/>
        </w:rPr>
        <w:t>Podpis Wnioskodawcy: ______________________________________________________________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Data wpływu wniosku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Podpis osoby przyjmującej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Oryginalne zrodlo tego dokumentu: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https://wniosek-specjalista.com/wniosek-o-uregulowanie-kontaktow-z-dzieckiem-wzor/</w:t>
        </w:r>
      </w:hyperlink>
    </w:p>
    <w:p>
      <w:pPr>
        <w:jc w:val="center"/>
      </w:pPr>
      <w:r>
        <w:rPr>
          <w:color w:val="555555"/>
          <w:sz w:val="26"/>
        </w:rPr>
        <w:t>Czy ten wzor byl dla Ciebie pomocny?</w:t>
      </w:r>
    </w:p>
    <w:p>
      <w:pPr>
        <w:jc w:val="center"/>
      </w:pPr>
      <w:r>
        <w:rPr>
          <w:color w:val="555555"/>
          <w:sz w:val="26"/>
        </w:rPr>
        <w:t>Znajdz inne zaktualizowane wzory na stronie: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https://wniosek-specjalista.com</w:t>
        </w:r>
      </w:hyperlink>
    </w:p>
    <w:p>
      <w:pPr>
        <w:jc w:val="center"/>
      </w:pPr>
      <w:r>
        <w:rPr>
          <w:color w:val="808080"/>
          <w:sz w:val="20"/>
        </w:rPr>
        <w:t>Ten wzor jest przeznaczony wylacznie do uzytku osobistego i niekomercyjnego.</w:t>
        <w:br/>
        <w:t>Kazde udostepnienie lub publikacja musi zawierac wskazanie zrodla. © wniosek-specjalista.com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wniosek-specjalista.com/wniosek-o-uregulowanie-kontaktow-z-dzieckiem-wzor/" TargetMode="External"/><Relationship Id="rId10" Type="http://schemas.openxmlformats.org/officeDocument/2006/relationships/hyperlink" Target="https://wniosek-specjalista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