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uchylenie zajęcia rachunku bankowego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 / Nazwa firmy: ____________________________________________</w:t>
      </w:r>
    </w:p>
    <w:p>
      <w:r>
        <w:rPr>
          <w:b w:val="0"/>
          <w:sz w:val="22"/>
        </w:rPr>
        <w:t>PESEL / NIP: _______________________________________________________________</w:t>
      </w:r>
    </w:p>
    <w:p>
      <w:r>
        <w:rPr>
          <w:b w:val="0"/>
          <w:sz w:val="22"/>
        </w:rPr>
        <w:t>Adres zamieszkania / siedziby: _____________________________________________</w:t>
      </w:r>
    </w:p>
    <w:p>
      <w:r>
        <w:rPr>
          <w:b w:val="0"/>
          <w:sz w:val="22"/>
        </w:rPr>
        <w:t>Telefon kontaktowy: _______________________________________________________</w:t>
      </w:r>
    </w:p>
    <w:p/>
    <w:p>
      <w:r>
        <w:rPr>
          <w:b/>
          <w:sz w:val="22"/>
        </w:rPr>
        <w:t>Do:</w:t>
      </w:r>
    </w:p>
    <w:p>
      <w:r>
        <w:rPr>
          <w:b w:val="0"/>
          <w:sz w:val="22"/>
        </w:rPr>
        <w:t>Sąd Rejonowy ____________________</w:t>
      </w:r>
    </w:p>
    <w:p>
      <w:r>
        <w:rPr>
          <w:b w:val="0"/>
          <w:sz w:val="22"/>
        </w:rPr>
        <w:t>Wydział _________________________</w:t>
      </w:r>
    </w:p>
    <w:p>
      <w:r>
        <w:rPr>
          <w:b w:val="0"/>
          <w:sz w:val="22"/>
        </w:rPr>
        <w:t>Adres sądu: _______________________________________________________________</w:t>
      </w:r>
    </w:p>
    <w:p/>
    <w:p/>
    <w:p>
      <w:r>
        <w:rPr>
          <w:b/>
          <w:sz w:val="22"/>
        </w:rPr>
        <w:t>Wnoszę o uchylenie zajęcia rachunku bankowego numer: ______________________</w:t>
      </w:r>
    </w:p>
    <w:p>
      <w:r>
        <w:rPr>
          <w:b w:val="0"/>
          <w:sz w:val="22"/>
        </w:rPr>
        <w:t>prowadzonego przez _________________________________________________________</w:t>
      </w:r>
    </w:p>
    <w:p>
      <w:r>
        <w:rPr>
          <w:b w:val="0"/>
          <w:sz w:val="22"/>
        </w:rPr>
        <w:t>na podstawie zajęcia z dnia ______________, sygn. akt: ______________________</w:t>
      </w:r>
    </w:p>
    <w:p/>
    <w:p>
      <w:r>
        <w:rPr>
          <w:b/>
          <w:sz w:val="22"/>
        </w:rPr>
        <w:t>Uzasadnienie:</w:t>
      </w:r>
    </w:p>
    <w:p>
      <w:r>
        <w:rPr>
          <w:b w:val="0"/>
          <w:sz w:val="22"/>
        </w:rPr>
        <w:t>Na podstawie art. 881 Kodeksu postępowania cywilnego wnoszę o uchylenie zajęcia rachunku bankowego wskazanego powyżej, ponieważ:</w:t>
      </w:r>
    </w:p>
    <w:p>
      <w:r>
        <w:rPr>
          <w:b w:val="0"/>
          <w:sz w:val="22"/>
        </w:rPr>
        <w:t>1. Zajęcie rachunku jest bezzasadne / niezgodne z prawem.</w:t>
      </w:r>
    </w:p>
    <w:p>
      <w:r>
        <w:rPr>
          <w:b w:val="0"/>
          <w:sz w:val="22"/>
        </w:rPr>
        <w:t>2. Zajęcie uniemożliwia prowadzenie działalności gospodarczej / realizację bieżących potrzeb życiowych.</w:t>
      </w:r>
    </w:p>
    <w:p>
      <w:r>
        <w:rPr>
          <w:b w:val="0"/>
          <w:sz w:val="22"/>
        </w:rPr>
        <w:t>3. Inne powody: ____________________________________________________________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Art. 881 §1 Kodeksu postępowania cywilnego</w:t>
      </w:r>
    </w:p>
    <w:p/>
    <w:p>
      <w:r>
        <w:rPr>
          <w:b/>
          <w:sz w:val="22"/>
        </w:rPr>
        <w:t>Załączniki:</w:t>
      </w:r>
    </w:p>
    <w:p>
      <w:r>
        <w:rPr>
          <w:b w:val="0"/>
          <w:sz w:val="22"/>
        </w:rPr>
        <w:t>1. Odpis zajęcia rachunku bankowego</w:t>
      </w:r>
    </w:p>
    <w:p>
      <w:r>
        <w:rPr>
          <w:b w:val="0"/>
          <w:sz w:val="22"/>
        </w:rPr>
        <w:t>2. Kopia dokumentów potwierdzających zasadność wniosku</w:t>
      </w:r>
    </w:p>
    <w:p>
      <w:r>
        <w:rPr>
          <w:b w:val="0"/>
          <w:sz w:val="22"/>
        </w:rPr>
        <w:t>3. Inne: _________________________________________________________________</w:t>
      </w:r>
    </w:p>
    <w:p/>
    <w:p/>
    <w:p>
      <w:r>
        <w:rPr>
          <w:b w:val="0"/>
          <w:sz w:val="22"/>
        </w:rPr>
        <w:t>Miejscowość: _____________________________________________</w:t>
      </w:r>
    </w:p>
    <w:p>
      <w:r>
        <w:rPr>
          <w:b w:val="0"/>
          <w:sz w:val="22"/>
        </w:rPr>
        <w:t>Data: ____________________________________________________</w:t>
      </w:r>
    </w:p>
    <w:p/>
    <w:p/>
    <w:p>
      <w:r>
        <w:rPr>
          <w:b w:val="0"/>
          <w:sz w:val="22"/>
        </w:rPr>
        <w:t>Podpis Wnioskodawcy: 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https://wniosek-specjalista.com/wniosek-o-uchylenie-zajecia-rachunku-bankowego-wzor/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uchylenie-zajecia-rachunku-bankowego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