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SPIS INWENTARZA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jednostki: ________________________________________________</w:t>
      </w:r>
    </w:p>
    <w:p>
      <w:r>
        <w:rPr>
          <w:b w:val="0"/>
          <w:sz w:val="20"/>
        </w:rPr>
        <w:t>Adres: ___________________________________________________________________________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_____________________________________________________________________</w:t>
      </w:r>
    </w:p>
    <w:p>
      <w:r>
        <w:rPr>
          <w:b w:val="0"/>
          <w:sz w:val="20"/>
        </w:rPr>
        <w:t>Stanowisko / Funkcja: ______________________________________________________________</w:t>
      </w:r>
    </w:p>
    <w:p/>
    <w:p>
      <w:r>
        <w:rPr>
          <w:b/>
          <w:sz w:val="20"/>
        </w:rPr>
        <w:t>Dane osoby odpowiedzialnej za przeprowadzenie spisu:</w:t>
      </w:r>
    </w:p>
    <w:p>
      <w:r>
        <w:rPr>
          <w:b w:val="0"/>
          <w:sz w:val="20"/>
        </w:rPr>
        <w:t>Imię i nazwisko: _________________________________________________________________</w:t>
      </w:r>
    </w:p>
    <w:p>
      <w:r>
        <w:rPr>
          <w:b w:val="0"/>
          <w:sz w:val="20"/>
        </w:rPr>
        <w:t>Stanowisko / Funkcja: ______________________________________________________________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26 ustawy z dnia 29 września 1994 r. o rachunkowości (t.j. Dz.U. z 2021 r. poz. 217) wnoszę o przeprowadzenie spisu inwentarza.</w:t>
      </w:r>
    </w:p>
    <w:p/>
    <w:p>
      <w:r>
        <w:rPr>
          <w:b/>
          <w:sz w:val="20"/>
        </w:rPr>
        <w:t>Cel spisu inwentarza:</w:t>
      </w:r>
    </w:p>
    <w:p>
      <w:r>
        <w:rPr>
          <w:b w:val="0"/>
          <w:sz w:val="20"/>
        </w:rPr>
        <w:t>• Ustalenie stanu aktywów i pasywów jednostki na dzień spisu.</w:t>
      </w:r>
    </w:p>
    <w:p>
      <w:r>
        <w:rPr>
          <w:b w:val="0"/>
          <w:sz w:val="20"/>
        </w:rPr>
        <w:t>• Weryfikacja zgodności zapisów księgowych ze stanem faktycznym.</w:t>
      </w:r>
    </w:p>
    <w:p>
      <w:r>
        <w:rPr>
          <w:b w:val="0"/>
          <w:sz w:val="20"/>
        </w:rPr>
        <w:t>• Zapewnienie prawidłowości danych do sprawozdań finansowych.</w:t>
      </w:r>
    </w:p>
    <w:p/>
    <w:p>
      <w:r>
        <w:rPr>
          <w:b/>
          <w:sz w:val="20"/>
        </w:rPr>
        <w:t>Termin i miejsce spisu:</w:t>
      </w:r>
    </w:p>
    <w:p>
      <w:r>
        <w:rPr>
          <w:b w:val="0"/>
          <w:sz w:val="20"/>
        </w:rPr>
        <w:t>Termin rozpoczęcia spisu: ________________________________</w:t>
      </w:r>
    </w:p>
    <w:p>
      <w:r>
        <w:rPr>
          <w:b w:val="0"/>
          <w:sz w:val="20"/>
        </w:rPr>
        <w:t>Termin zakończenia spisu: ________________________________</w:t>
      </w:r>
    </w:p>
    <w:p>
      <w:r>
        <w:rPr>
          <w:b w:val="0"/>
          <w:sz w:val="20"/>
        </w:rPr>
        <w:t>Miejsce przeprowadzenia spisu: ___________________________</w:t>
      </w:r>
    </w:p>
    <w:p/>
    <w:p>
      <w:r>
        <w:rPr>
          <w:b/>
          <w:sz w:val="20"/>
        </w:rPr>
        <w:t>Skład komisji spisowej: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Imię i nazwisko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Stanowisko / Funkcja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________________________________________________</w:t>
            </w:r>
          </w:p>
        </w:tc>
      </w:tr>
    </w:tbl>
    <w:p/>
    <w:p>
      <w:r>
        <w:rPr>
          <w:b/>
          <w:sz w:val="20"/>
        </w:rPr>
        <w:t>Oświadczenie wnioskodawcy:</w:t>
      </w:r>
    </w:p>
    <w:p>
      <w:r>
        <w:rPr>
          <w:b w:val="0"/>
          <w:sz w:val="20"/>
        </w:rPr>
        <w:t>Oświadczam, że spis inwentarza zostanie przeprowadzony zgodnie z obowiązującymi przepisami prawa oraz zasadami rachunkowości.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Data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Podpis Wnioskodawcy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https://wniosek-specjalista.com/wniosek-o-spis-inwentarza-wzor/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spis-inwentarz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