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RESTRUKTURYZACJĘ ZADŁUŻENIA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firmy: ________________________________________________</w:t>
      </w:r>
    </w:p>
    <w:p>
      <w:r>
        <w:rPr>
          <w:b w:val="0"/>
          <w:sz w:val="20"/>
        </w:rPr>
        <w:t>Adres zamieszkania / Siedziba firmy: _________________________________________</w:t>
      </w:r>
    </w:p>
    <w:p>
      <w:r>
        <w:rPr>
          <w:b w:val="0"/>
          <w:sz w:val="20"/>
        </w:rPr>
        <w:t>NIP / PESEL: ________________________________________________________________</w:t>
      </w:r>
    </w:p>
    <w:p>
      <w:r>
        <w:rPr>
          <w:b w:val="0"/>
          <w:sz w:val="20"/>
        </w:rPr>
        <w:t>Nr dowodu osobistego / REGON: _______________________________________________</w:t>
      </w:r>
    </w:p>
    <w:p>
      <w:r>
        <w:rPr>
          <w:b w:val="0"/>
          <w:sz w:val="20"/>
        </w:rPr>
        <w:t>Telefon kontaktowy: _________________________________________________________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_______________________________________________________________</w:t>
      </w:r>
    </w:p>
    <w:p/>
    <w:p>
      <w:r>
        <w:rPr>
          <w:b/>
          <w:sz w:val="20"/>
        </w:rPr>
        <w:t>Dane wierzycieli (wraz z kwotami zadłużenia):</w:t>
      </w:r>
    </w:p>
    <w:p>
      <w:r>
        <w:rPr>
          <w:b w:val="0"/>
          <w:sz w:val="20"/>
        </w:rPr>
        <w:t>1. Wierzyciel: _______________________________________________________________</w:t>
      </w:r>
    </w:p>
    <w:p>
      <w:r>
        <w:rPr>
          <w:b w:val="0"/>
          <w:sz w:val="20"/>
        </w:rPr>
        <w:t xml:space="preserve">   Kwota zadłużenia: ________________________________________________________</w:t>
      </w:r>
    </w:p>
    <w:p>
      <w:r>
        <w:rPr>
          <w:b w:val="0"/>
          <w:sz w:val="20"/>
        </w:rPr>
        <w:t>2. Wierzyciel: _______________________________________________________________</w:t>
      </w:r>
    </w:p>
    <w:p>
      <w:r>
        <w:rPr>
          <w:b w:val="0"/>
          <w:sz w:val="20"/>
        </w:rPr>
        <w:t xml:space="preserve">   Kwota zadłużenia: ________________________________________________________</w:t>
      </w:r>
    </w:p>
    <w:p>
      <w:r>
        <w:rPr>
          <w:b w:val="0"/>
          <w:sz w:val="20"/>
        </w:rPr>
        <w:t>3. Wierzyciel: _______________________________________________________________</w:t>
      </w:r>
    </w:p>
    <w:p>
      <w:r>
        <w:rPr>
          <w:b w:val="0"/>
          <w:sz w:val="20"/>
        </w:rPr>
        <w:t xml:space="preserve">   Kwota zadłużenia: ________________________________________________________</w:t>
      </w:r>
    </w:p>
    <w:p>
      <w:r>
        <w:rPr>
          <w:b w:val="0"/>
          <w:sz w:val="20"/>
        </w:rPr>
        <w:t>... (w razie potrzeby proszę dopisać kolejne strony)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Wnoszę o restrukturyzację mojego zadłużenia z uwagi na następujące okoliczności:</w:t>
      </w:r>
    </w:p>
    <w:p>
      <w:r>
        <w:rPr>
          <w:b w:val="0"/>
          <w:sz w:val="20"/>
        </w:rPr>
        <w:t>- _______________________________________________</w:t>
      </w:r>
    </w:p>
    <w:p>
      <w:r>
        <w:rPr>
          <w:b w:val="0"/>
          <w:sz w:val="20"/>
        </w:rPr>
        <w:t>- _______________________________________________</w:t>
      </w:r>
    </w:p>
    <w:p>
      <w:r>
        <w:rPr>
          <w:b w:val="0"/>
          <w:sz w:val="20"/>
        </w:rPr>
        <w:t>- _______________________________________________</w:t>
      </w:r>
    </w:p>
    <w:p>
      <w:r>
        <w:rPr>
          <w:b w:val="0"/>
          <w:sz w:val="20"/>
        </w:rPr>
        <w:t>Opis sytuacji finansowej oraz przyczyn powstania zadłużenia: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Proponowany plan restrukturyzacji zadłużenia:</w:t>
      </w:r>
    </w:p>
    <w:p>
      <w:r>
        <w:rPr>
          <w:b w:val="0"/>
          <w:sz w:val="20"/>
        </w:rPr>
        <w:t>1. Proponowana forma restrukturyzacji (np. rozłożenie na raty, umorzenie części zadłużenia):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2. Proponowany harmonogram spłat:</w:t>
      </w:r>
    </w:p>
    <w:p>
      <w:r>
        <w:rPr>
          <w:b w:val="0"/>
          <w:sz w:val="20"/>
        </w:rPr>
        <w:t xml:space="preserve">   a) Kwota pierwszej raty: _______________________ Termin: ___________________</w:t>
      </w:r>
    </w:p>
    <w:p>
      <w:r>
        <w:rPr>
          <w:b w:val="0"/>
          <w:sz w:val="20"/>
        </w:rPr>
        <w:t xml:space="preserve">   b) Kwota kolejnych rat: ________________________ Terminy: __________________</w:t>
      </w:r>
    </w:p>
    <w:p>
      <w:r>
        <w:rPr>
          <w:b w:val="0"/>
          <w:sz w:val="20"/>
        </w:rPr>
        <w:t>3. Inne istotne informacje dotyczące spłaty zadłużenia: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Oświadczenia:</w:t>
      </w:r>
    </w:p>
    <w:p>
      <w:r>
        <w:rPr>
          <w:b w:val="0"/>
          <w:sz w:val="20"/>
        </w:rPr>
        <w:t>1. Oświadczam, że dane zawarte we wniosku są prawdziwe i kompletne.</w:t>
      </w:r>
    </w:p>
    <w:p>
      <w:r>
        <w:rPr>
          <w:b w:val="0"/>
          <w:sz w:val="20"/>
        </w:rPr>
        <w:t>2. Zobowiązuję się do współpracy z wierzycielami oraz do realizacji planu restrukturyzacji.</w:t>
      </w:r>
    </w:p>
    <w:p>
      <w:r>
        <w:rPr>
          <w:b w:val="0"/>
          <w:sz w:val="20"/>
        </w:rPr>
        <w:t>3. Jestem świadomy/a konsekwencji prawnych wynikających z podania nieprawdziwych informacji.</w:t>
      </w:r>
    </w:p>
    <w:p/>
    <w:p>
      <w:r>
        <w:rPr>
          <w:b w:val="0"/>
          <w:sz w:val="20"/>
        </w:rPr>
        <w:t>Miejsce: ____________________________    Data: ____________________________</w:t>
      </w:r>
    </w:p>
    <w:p/>
    <w:p/>
    <w:p>
      <w:r>
        <w:rPr>
          <w:b w:val="0"/>
          <w:sz w:val="20"/>
        </w:rPr>
        <w:t>Podpis Wnioskodawcy: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Przyjmujący wniosek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https://wniosek-specjalista.com/wniosek-o-restrukturyzacje-zadluzenia-wzor/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restrukturyzacje-zadluzenia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