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PRZYJĘCIE DO DOMU OPIEKI SPOŁECZNEJ</w:t>
      </w:r>
    </w:p>
    <w:p/>
    <w:p/>
    <w:p>
      <w:r>
        <w:rPr>
          <w:b/>
          <w:sz w:val="20"/>
        </w:rPr>
        <w:t>Dane osoby wnioskującej: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Data urodzenia: ________________________________________________</w:t>
      </w:r>
    </w:p>
    <w:p>
      <w:r>
        <w:rPr>
          <w:b w:val="0"/>
          <w:sz w:val="20"/>
        </w:rPr>
        <w:t>PESEL: _________________________________________________________</w:t>
      </w:r>
    </w:p>
    <w:p>
      <w:r>
        <w:rPr>
          <w:b w:val="0"/>
          <w:sz w:val="20"/>
        </w:rPr>
        <w:t>Adres zamieszkania: _____________________________________________</w:t>
      </w:r>
    </w:p>
    <w:p>
      <w:r>
        <w:rPr>
          <w:b w:val="0"/>
          <w:sz w:val="20"/>
        </w:rPr>
        <w:t>Telefon kontaktowy: _____________________________________________</w:t>
      </w:r>
    </w:p>
    <w:p/>
    <w:p>
      <w:r>
        <w:rPr>
          <w:b/>
          <w:sz w:val="20"/>
        </w:rPr>
        <w:t>Dane opiekuna prawnego (jeśli dotyczy):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Adres zamieszkania: _____________________________________________</w:t>
      </w:r>
    </w:p>
    <w:p>
      <w:r>
        <w:rPr>
          <w:b w:val="0"/>
          <w:sz w:val="20"/>
        </w:rPr>
        <w:t>Telefon kontaktowy: _____________________________________________</w:t>
      </w:r>
    </w:p>
    <w:p/>
    <w:p>
      <w:r>
        <w:rPr>
          <w:b/>
          <w:sz w:val="20"/>
        </w:rPr>
        <w:t>Informacje o stanie zdrowia wnioskodawcy:</w:t>
      </w:r>
    </w:p>
    <w:p>
      <w:r>
        <w:rPr>
          <w:b w:val="0"/>
          <w:sz w:val="20"/>
        </w:rPr>
        <w:t>- Choroby przewlekłe: ___________________________________________</w:t>
      </w:r>
    </w:p>
    <w:p>
      <w:r>
        <w:rPr>
          <w:b w:val="0"/>
          <w:sz w:val="20"/>
        </w:rPr>
        <w:t>- Stopień niepełnosprawności: _________________________________</w:t>
      </w:r>
    </w:p>
    <w:p>
      <w:r>
        <w:rPr>
          <w:b w:val="0"/>
          <w:sz w:val="20"/>
        </w:rPr>
        <w:t>- Inne istotne informacje medyczne: ____________________________</w:t>
      </w:r>
    </w:p>
    <w:p/>
    <w:p>
      <w:r>
        <w:rPr>
          <w:b/>
          <w:sz w:val="20"/>
        </w:rPr>
        <w:t>Informacje o sytuacji rodzinnej i materialnej:</w:t>
      </w:r>
    </w:p>
    <w:p>
      <w:r>
        <w:rPr>
          <w:b w:val="0"/>
          <w:sz w:val="20"/>
        </w:rPr>
        <w:t>- Stan cywilny: _________________________________________________</w:t>
      </w:r>
    </w:p>
    <w:p>
      <w:r>
        <w:rPr>
          <w:b w:val="0"/>
          <w:sz w:val="20"/>
        </w:rPr>
        <w:t>- Liczba osób pozostających na utrzymaniu: _____________________</w:t>
      </w:r>
    </w:p>
    <w:p>
      <w:r>
        <w:rPr>
          <w:b w:val="0"/>
          <w:sz w:val="20"/>
        </w:rPr>
        <w:t>- Źródła dochodu: _______________________________________________</w:t>
      </w:r>
    </w:p>
    <w:p>
      <w:r>
        <w:rPr>
          <w:b w:val="0"/>
          <w:sz w:val="20"/>
        </w:rPr>
        <w:t>- Inne informacje istotne dla rozpatrzenia wniosku: ______________</w:t>
      </w:r>
    </w:p>
    <w:p/>
    <w:p>
      <w:r>
        <w:rPr>
          <w:b/>
          <w:sz w:val="20"/>
        </w:rPr>
        <w:t>Uzasadnienie wniosku o przyjęcie do Domu Opieki Społecznej: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/>
    <w:p>
      <w:r>
        <w:rPr>
          <w:b/>
          <w:sz w:val="20"/>
        </w:rPr>
        <w:t>Oświadczam, że wszystkie podane przeze mnie informacje są zgodne z prawdą.</w:t>
      </w:r>
    </w:p>
    <w:p/>
    <w:p/>
    <w:p>
      <w:r>
        <w:rPr>
          <w:b w:val="0"/>
          <w:sz w:val="20"/>
        </w:rPr>
        <w:t>Miejsce i data: ___________________________________________________</w:t>
      </w:r>
    </w:p>
    <w:p/>
    <w:p/>
    <w:p>
      <w:r>
        <w:rPr>
          <w:b w:val="0"/>
          <w:sz w:val="20"/>
        </w:rPr>
        <w:t>Podpis wnioskodawcy / opiekuna prawnego: 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Przyjmujący wniosek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 / Opiekun prawny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  <w:br/>
              <w:t>Data: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  <w:br/>
              <w:t>Data: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https://wniosek-specjalista.com/wniosek-o-przyjecie-do-domu-opieki-spolecznej-wzor/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przyjecie-do-domu-opieki-spolecznej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