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PRZESUNIĘCIE SŁUPA ENERGETYCZNEGO</w:t>
      </w:r>
    </w:p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firmy: ______________________________________________</w:t>
      </w:r>
    </w:p>
    <w:p>
      <w:r>
        <w:rPr>
          <w:b w:val="0"/>
          <w:sz w:val="20"/>
        </w:rPr>
        <w:t>Adres zamieszkania / Siedziba firmy: ________________________________________</w:t>
      </w:r>
    </w:p>
    <w:p>
      <w:r>
        <w:rPr>
          <w:b w:val="0"/>
          <w:sz w:val="20"/>
        </w:rPr>
        <w:t>Numer telefonu: _____________________________________________________________</w:t>
      </w:r>
    </w:p>
    <w:p>
      <w:r>
        <w:rPr>
          <w:b w:val="0"/>
          <w:sz w:val="20"/>
        </w:rPr>
        <w:t>Adres e-mail: _______________________________________________________________</w:t>
      </w:r>
    </w:p>
    <w:p/>
    <w:p>
      <w:r>
        <w:rPr>
          <w:b/>
          <w:sz w:val="20"/>
        </w:rPr>
        <w:t>Dane dotyczące lokalizacji słupa energetycznego:</w:t>
      </w:r>
    </w:p>
    <w:p>
      <w:r>
        <w:rPr>
          <w:b w:val="0"/>
          <w:sz w:val="20"/>
        </w:rPr>
        <w:t>Numer słupa: _______________________________________________________________</w:t>
      </w:r>
    </w:p>
    <w:p>
      <w:r>
        <w:rPr>
          <w:b w:val="0"/>
          <w:sz w:val="20"/>
        </w:rPr>
        <w:t>Adres lokalizacji słupa: ____________________________________________________</w:t>
      </w:r>
    </w:p>
    <w:p>
      <w:r>
        <w:rPr>
          <w:b w:val="0"/>
          <w:sz w:val="20"/>
        </w:rPr>
        <w:t>Opis aktualnej lokalizacji słupa: _____________________________________________</w:t>
      </w:r>
    </w:p>
    <w:p/>
    <w:p>
      <w:r>
        <w:rPr>
          <w:b/>
          <w:sz w:val="20"/>
        </w:rPr>
        <w:t>Uzasadnienie wniosku o przesunięcie słupa: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/>
          <w:sz w:val="20"/>
        </w:rPr>
        <w:t>Proponowana nowa lokalizacja słupa:</w:t>
      </w:r>
    </w:p>
    <w:p>
      <w:r>
        <w:rPr>
          <w:b w:val="0"/>
          <w:sz w:val="20"/>
        </w:rPr>
        <w:t>Adres / opis lokalizacji: ___________________________________________________</w:t>
      </w:r>
    </w:p>
    <w:p>
      <w:r>
        <w:rPr>
          <w:b w:val="0"/>
          <w:sz w:val="20"/>
        </w:rPr>
        <w:t>Odległość i kierunek przesunięcia względem obecnej lokalizacji: 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/>
          <w:sz w:val="20"/>
        </w:rPr>
        <w:t>Oświadczenia wnioskodawcy:</w:t>
      </w:r>
    </w:p>
    <w:p>
      <w:r>
        <w:rPr>
          <w:b w:val="0"/>
          <w:sz w:val="20"/>
        </w:rPr>
        <w:t>1. Oświadczam, że jestem właścicielem/współwłaścicielem nieruchomości, na której zlokalizowany jest słup lub posiadam zgodę właściciela na złożenie niniejszego wniosku.</w:t>
      </w:r>
    </w:p>
    <w:p>
      <w:r>
        <w:rPr>
          <w:b w:val="0"/>
          <w:sz w:val="20"/>
        </w:rPr>
        <w:t>2. Zobowiązuję się do pokrycia wszelkich kosztów związanych z przesunięciem słupa, zgodnie z obowiązującymi przepisami i warunkami operatora.</w:t>
      </w:r>
    </w:p>
    <w:p>
      <w:r>
        <w:rPr>
          <w:b w:val="0"/>
          <w:sz w:val="20"/>
        </w:rPr>
        <w:t>3. Przyjmuję do wiadomości, że przesunięcie słupa wymaga uzyskania wszelkich niezbędnych pozwoleń i zgód.</w:t>
      </w:r>
    </w:p>
    <w:p/>
    <w:p>
      <w:r>
        <w:rPr>
          <w:b w:val="0"/>
          <w:sz w:val="20"/>
        </w:rPr>
        <w:t>Miejsce: ____________________________________</w:t>
      </w:r>
    </w:p>
    <w:p>
      <w:r>
        <w:rPr>
          <w:b w:val="0"/>
          <w:sz w:val="20"/>
        </w:rPr>
        <w:t>Data: ______________________________________</w:t>
      </w:r>
    </w:p>
    <w:p/>
    <w:p/>
    <w:p>
      <w:r>
        <w:rPr>
          <w:b w:val="0"/>
          <w:sz w:val="20"/>
        </w:rPr>
        <w:t>Podpis Wnioskodawcy: 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Przyjęto przez Operatora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Potwierdzam odbiór wniosku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  <w:br/>
              <w:t>Data: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  <w:br/>
              <w:t>Data: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https://wniosek-specjalista.com/wniosek-o-przesuniecie-slupa-energetycznego-wzor-tauron/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przesuniecie-slupa-energetycznego-wzor-tauron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