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POSTAWIENIE ZNAKU DROGOWEGO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firmy: ________________________________________________</w:t>
      </w:r>
    </w:p>
    <w:p>
      <w:r>
        <w:rPr>
          <w:b w:val="0"/>
          <w:sz w:val="20"/>
        </w:rPr>
        <w:t>Adres: _______________________________________________________________________</w:t>
      </w:r>
    </w:p>
    <w:p>
      <w:r>
        <w:rPr>
          <w:b w:val="0"/>
          <w:sz w:val="20"/>
        </w:rPr>
        <w:t>Numer telefonu: _______________________________________________________________</w:t>
      </w:r>
    </w:p>
    <w:p>
      <w:r>
        <w:rPr>
          <w:b w:val="0"/>
          <w:sz w:val="20"/>
        </w:rPr>
        <w:t>Adres e-mail: _________________________________________________________________</w:t>
      </w:r>
    </w:p>
    <w:p/>
    <w:p>
      <w:r>
        <w:rPr>
          <w:b/>
          <w:sz w:val="20"/>
        </w:rPr>
        <w:t>Lokalizacja znaku drogowego:</w:t>
      </w:r>
    </w:p>
    <w:p>
      <w:r>
        <w:rPr>
          <w:b w:val="0"/>
          <w:sz w:val="20"/>
        </w:rPr>
        <w:t>Ulica / droga: _________________________________________________________________</w:t>
      </w:r>
    </w:p>
    <w:p>
      <w:r>
        <w:rPr>
          <w:b w:val="0"/>
          <w:sz w:val="20"/>
        </w:rPr>
        <w:t>Miejsce (opis dokładny): _______________________________________________________</w:t>
      </w:r>
    </w:p>
    <w:p>
      <w:r>
        <w:rPr>
          <w:b w:val="0"/>
          <w:sz w:val="20"/>
        </w:rPr>
        <w:t>Gmina: _______________________________________________________________________</w:t>
      </w:r>
    </w:p>
    <w:p>
      <w:r>
        <w:rPr>
          <w:b w:val="0"/>
          <w:sz w:val="20"/>
        </w:rPr>
        <w:t>Działka ewidencyjna (jeśli dotyczy): _____________________________________________</w:t>
      </w:r>
    </w:p>
    <w:p/>
    <w:p>
      <w:r>
        <w:rPr>
          <w:b/>
          <w:sz w:val="20"/>
        </w:rPr>
        <w:t>Rodzaj znaku drogowego:</w:t>
      </w:r>
    </w:p>
    <w:p>
      <w:r>
        <w:rPr>
          <w:b w:val="0"/>
          <w:sz w:val="20"/>
        </w:rPr>
        <w:t>Proszę zaznaczyć właściwy znak i podać jego oznaczenie oraz uzasadnienie: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/>
    <w:p>
      <w:r>
        <w:rPr>
          <w:b/>
          <w:sz w:val="20"/>
        </w:rPr>
        <w:t>Uzasadnienie wniosku: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/>
    <w:p>
      <w:r>
        <w:rPr>
          <w:b/>
          <w:sz w:val="20"/>
        </w:rPr>
        <w:t>Informacje dodatkowe (jeśli dotyczy):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/>
    <w:p/>
    <w:p>
      <w:r>
        <w:rPr>
          <w:b/>
          <w:sz w:val="20"/>
        </w:rPr>
        <w:t>Oświadczam, że:</w:t>
      </w:r>
    </w:p>
    <w:p>
      <w:r>
        <w:rPr>
          <w:b w:val="0"/>
          <w:sz w:val="20"/>
        </w:rPr>
        <w:t>1. Zapoznałem się z przepisami dotyczącymi znaków drogowych i ich ustawiania.</w:t>
      </w:r>
    </w:p>
    <w:p>
      <w:r>
        <w:rPr>
          <w:b w:val="0"/>
          <w:sz w:val="20"/>
        </w:rPr>
        <w:t>2. Wniosek jest zgodny z obowiązującymi przepisami prawa.</w:t>
      </w:r>
    </w:p>
    <w:p>
      <w:r>
        <w:rPr>
          <w:b w:val="0"/>
          <w:sz w:val="20"/>
        </w:rPr>
        <w:t>3. W przypadku pozytywnego rozpatrzenia wniosku zobowiązuję się do pokrycia kosztów związanych z postawieniem znaku.</w:t>
      </w:r>
    </w:p>
    <w:p/>
    <w:p>
      <w:r>
        <w:rPr>
          <w:b w:val="0"/>
          <w:sz w:val="20"/>
        </w:rPr>
        <w:t>Miejsce: ______________________________________    Data: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https://wniosek-specjalista.com/wniosek-o-postawienie-znaku-drogowego-wzor/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postawienie-znaku-drogowego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