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USTALENIE WARUNKÓW ZABUDOWY I ZAGOSPODAROWANIA TERENU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 firmy: ____________________________________________</w:t>
      </w:r>
    </w:p>
    <w:p>
      <w:r>
        <w:rPr>
          <w:b w:val="0"/>
          <w:sz w:val="20"/>
        </w:rPr>
        <w:t>Adres zamieszkania / siedziby: ____________________________________________</w:t>
      </w:r>
    </w:p>
    <w:p>
      <w:r>
        <w:rPr>
          <w:b w:val="0"/>
          <w:sz w:val="20"/>
        </w:rPr>
        <w:t>Numer PESEL / NIP: 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</w:t>
      </w:r>
    </w:p>
    <w:p>
      <w:r>
        <w:rPr>
          <w:b w:val="0"/>
          <w:sz w:val="20"/>
        </w:rPr>
        <w:t>Adres e-mail: ____________________________________________________________</w:t>
      </w:r>
    </w:p>
    <w:p/>
    <w:p>
      <w:r>
        <w:rPr>
          <w:b/>
          <w:sz w:val="20"/>
        </w:rPr>
        <w:t>Dane pełnomocnika (jeśli dotyczy):</w:t>
      </w:r>
    </w:p>
    <w:p>
      <w:r>
        <w:rPr>
          <w:b w:val="0"/>
          <w:sz w:val="20"/>
        </w:rPr>
        <w:t>Imię i nazwisko: 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</w:t>
      </w:r>
    </w:p>
    <w:p>
      <w:r>
        <w:rPr>
          <w:b w:val="0"/>
          <w:sz w:val="20"/>
        </w:rPr>
        <w:t>Numer PESEL: ____________________________________________________________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</w:t>
      </w:r>
    </w:p>
    <w:p>
      <w:r>
        <w:rPr>
          <w:b w:val="0"/>
          <w:sz w:val="20"/>
        </w:rPr>
        <w:t>Adres e-mail: ____________________________________________________________</w:t>
      </w:r>
    </w:p>
    <w:p/>
    <w:p>
      <w:r>
        <w:rPr>
          <w:b/>
          <w:sz w:val="20"/>
        </w:rPr>
        <w:t>Lokalizacja inwestycji:</w:t>
      </w:r>
    </w:p>
    <w:p>
      <w:r>
        <w:rPr>
          <w:b w:val="0"/>
          <w:sz w:val="20"/>
        </w:rPr>
        <w:t>Adres / numer działki ewidencyjnej: ______________________________________</w:t>
      </w:r>
    </w:p>
    <w:p>
      <w:r>
        <w:rPr>
          <w:b w:val="0"/>
          <w:sz w:val="20"/>
        </w:rPr>
        <w:t>Obręb geodezyjny: _______________________________________________________</w:t>
      </w:r>
    </w:p>
    <w:p>
      <w:r>
        <w:rPr>
          <w:b w:val="0"/>
          <w:sz w:val="20"/>
        </w:rPr>
        <w:t>Właściciel nieruchomości (jeśli inny niż wnioskodawca): _____________________</w:t>
      </w:r>
    </w:p>
    <w:p/>
    <w:p>
      <w:r>
        <w:rPr>
          <w:b/>
          <w:sz w:val="20"/>
        </w:rPr>
        <w:t>Przedmiot wniosku:</w:t>
      </w:r>
    </w:p>
    <w:p>
      <w:r>
        <w:rPr>
          <w:b w:val="0"/>
          <w:sz w:val="20"/>
        </w:rPr>
        <w:t>Opis planowanej inwestycji i przeznaczenia terenu: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/>
    <w:p>
      <w:r>
        <w:rPr>
          <w:b/>
          <w:sz w:val="20"/>
        </w:rPr>
        <w:t>Uzasadnienie wniosku: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/>
    <w:p>
      <w:r>
        <w:rPr>
          <w:b/>
          <w:sz w:val="20"/>
        </w:rPr>
        <w:t>Wnioski końcowe:</w:t>
      </w:r>
    </w:p>
    <w:p>
      <w:r>
        <w:rPr>
          <w:b w:val="0"/>
          <w:sz w:val="20"/>
        </w:rPr>
        <w:t>Proszę o ustalenie warunków zabudowy i zagospodarowania terenu zgodnie z powyższym opisem.</w:t>
      </w:r>
    </w:p>
    <w:p/>
    <w:p/>
    <w:p>
      <w:r>
        <w:rPr>
          <w:b/>
          <w:sz w:val="20"/>
        </w:rPr>
        <w:t>Oświadczenia wnioskodawcy:</w:t>
      </w:r>
    </w:p>
    <w:p>
      <w:r>
        <w:rPr>
          <w:b w:val="0"/>
          <w:sz w:val="20"/>
        </w:rPr>
        <w:t>1. Oświadczam, że wszystkie dane zawarte we wniosku są zgodne z prawdą.</w:t>
      </w:r>
    </w:p>
    <w:p>
      <w:r>
        <w:rPr>
          <w:b w:val="0"/>
          <w:sz w:val="20"/>
        </w:rPr>
        <w:t>2. Zobowiązuję się do uzupełnienia dokumentacji na wezwanie organu.</w:t>
      </w:r>
    </w:p>
    <w:p>
      <w:r>
        <w:rPr>
          <w:b w:val="0"/>
          <w:sz w:val="20"/>
        </w:rPr>
        <w:t>3. Zapoznałem się z przepisami dotyczącymi postępowania w sprawie ustalenia warunków zabudowy.</w:t>
      </w:r>
    </w:p>
    <w:p/>
    <w:p/>
    <w:p>
      <w:r>
        <w:rPr>
          <w:b w:val="0"/>
          <w:sz w:val="20"/>
        </w:rPr>
        <w:t>Miejsce : ____________________________________    Data : ____________________</w:t>
      </w:r>
    </w:p>
    <w:p/>
    <w:p/>
    <w:p>
      <w:r>
        <w:rPr>
          <w:b w:val="0"/>
          <w:sz w:val="20"/>
        </w:rPr>
        <w:t>Podpis wnioskodawcy : ___________________________________________________</w:t>
      </w:r>
    </w:p>
    <w:p/>
    <w:p/>
    <w:p/>
    <w:p>
      <w:r>
        <w:rPr>
          <w:b w:val="0"/>
          <w:sz w:val="20"/>
        </w:rPr>
        <w:t>Podpis pełnomocnika : ___________________________________________________</w:t>
      </w:r>
    </w:p>
    <w:p/>
    <w:p/>
    <w:p/>
    <w:p>
      <w:r>
        <w:rPr>
          <w:b/>
          <w:sz w:val="20"/>
        </w:rPr>
        <w:t>Załączniki do wniosku: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1. Mapy sytuacyjne i wysokościowe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2. Opis techniczny planowanej inwestycji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3. Warunki zabudowy i zagospodarowania terenu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4. Pełnomocnictwa (jeśli dotyczy)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5. Inne dokumenty: 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https://wniosek-specjalista.com/wniosek-o-plan-zagospodarowania-przestrzennego/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plan-zagospodarowania-przestrzennego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