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ODEBRANIE KONCESJI NA SPRZEDAŻ ALKOHOLU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Nazwa / Imię i nazwisko: _________________________________________________</w:t>
      </w:r>
    </w:p>
    <w:p>
      <w:r>
        <w:rPr>
          <w:b w:val="0"/>
          <w:sz w:val="20"/>
        </w:rPr>
        <w:t>Adres siedziby / zamieszkania: _____________________________________________</w:t>
      </w:r>
    </w:p>
    <w:p>
      <w:r>
        <w:rPr>
          <w:b w:val="0"/>
          <w:sz w:val="20"/>
        </w:rPr>
        <w:t>NIP: _________________________________________________________________</w:t>
      </w:r>
    </w:p>
    <w:p>
      <w:r>
        <w:rPr>
          <w:b w:val="0"/>
          <w:sz w:val="20"/>
        </w:rPr>
        <w:t>REGON: _______________________________________________________________</w:t>
      </w:r>
    </w:p>
    <w:p>
      <w:r>
        <w:rPr>
          <w:b w:val="0"/>
          <w:sz w:val="20"/>
        </w:rPr>
        <w:t>Telefon: _______________________________________________________________</w:t>
      </w:r>
    </w:p>
    <w:p>
      <w:r>
        <w:rPr>
          <w:b w:val="0"/>
          <w:sz w:val="20"/>
        </w:rPr>
        <w:t>Adres e-mail: ___________________________________________________________</w:t>
      </w:r>
    </w:p>
    <w:p/>
    <w:p>
      <w:r>
        <w:rPr>
          <w:b/>
          <w:sz w:val="20"/>
        </w:rPr>
        <w:t>Dane miejsca sprzedaży alkoholu:</w:t>
      </w:r>
    </w:p>
    <w:p>
      <w:r>
        <w:rPr>
          <w:b w:val="0"/>
          <w:sz w:val="20"/>
        </w:rPr>
        <w:t>Adres miejsca sprzedaży: _________________________________________________</w:t>
      </w:r>
    </w:p>
    <w:p>
      <w:r>
        <w:rPr>
          <w:b w:val="0"/>
          <w:sz w:val="20"/>
        </w:rPr>
        <w:t>Rodzaj i zakres sprzedaży alkoholu (np. sprzedaż detaliczna napojów alkoholowych o zawartości alkoholu do 4,5%): ______________________________________________________</w:t>
      </w:r>
    </w:p>
    <w:p/>
    <w:p>
      <w:r>
        <w:rPr>
          <w:b/>
          <w:sz w:val="20"/>
        </w:rPr>
        <w:t>Podstawa prawna:</w:t>
      </w:r>
    </w:p>
    <w:p>
      <w:r>
        <w:rPr>
          <w:b w:val="0"/>
          <w:sz w:val="20"/>
        </w:rPr>
        <w:t>Na podstawie art. 18 ustawy z dnia 6 grudnia 2008 r. o wychowaniu w trzeźwości i przeciwdziałaniu alkoholizmowi (Dz.U. z 2023 r. poz. 0 z późn. zm.) składam wniosek o wydanie koncesji na sprzedaż alkoholu.</w:t>
      </w:r>
    </w:p>
    <w:p/>
    <w:p>
      <w:r>
        <w:rPr>
          <w:b/>
          <w:sz w:val="20"/>
        </w:rPr>
        <w:t>Oświadczenia:</w:t>
      </w:r>
    </w:p>
    <w:p>
      <w:r>
        <w:rPr>
          <w:b w:val="0"/>
          <w:sz w:val="20"/>
        </w:rPr>
        <w:t>1. Oświadczam, że nie jestem osobą skazaną prawomocnym wyrokiem za przestępstwo przeciwko mieniu, obrotowi gospodarczemu, obyczajności publicznej lub przeciwko życiu i zdrowiu.</w:t>
      </w:r>
    </w:p>
    <w:p>
      <w:r>
        <w:rPr>
          <w:b w:val="0"/>
          <w:sz w:val="20"/>
        </w:rPr>
        <w:t>2. Oświadczam, że miejsce sprzedaży alkoholu spełnia wymogi określone w przepisach prawa.</w:t>
      </w:r>
    </w:p>
    <w:p>
      <w:r>
        <w:rPr>
          <w:b w:val="0"/>
          <w:sz w:val="20"/>
        </w:rPr>
        <w:t>3. Oświadczam, że prowadzona działalność gospodarcza jest zgodna z przepisami prawa oraz że posiadam wszelkie wymagane zezwolenia i zgody.</w:t>
      </w:r>
    </w:p>
    <w:p/>
    <w:p>
      <w:r>
        <w:rPr>
          <w:b/>
          <w:sz w:val="20"/>
        </w:rPr>
        <w:t>Wnoszę o:</w:t>
      </w:r>
    </w:p>
    <w:p>
      <w:r>
        <w:rPr>
          <w:b w:val="0"/>
          <w:sz w:val="20"/>
        </w:rPr>
        <w:t>- wydanie koncesji na sprzedaż napojów alkoholowych w zakresie: ________________________________</w:t>
      </w:r>
    </w:p>
    <w:p>
      <w:r>
        <w:rPr>
          <w:b w:val="0"/>
          <w:sz w:val="20"/>
        </w:rPr>
        <w:t>- uprawnienie do sprzedaży alkoholu w miejscu wskazanym powyżej.</w:t>
      </w:r>
    </w:p>
    <w:p/>
    <w:p>
      <w:r>
        <w:rPr>
          <w:b/>
          <w:sz w:val="20"/>
        </w:rPr>
        <w:t>Załączniki do wniosku:</w:t>
      </w:r>
    </w:p>
    <w:p>
      <w:r>
        <w:rPr>
          <w:b w:val="0"/>
          <w:sz w:val="20"/>
        </w:rPr>
        <w:t>1. Kopia dokumentu potwierdzającego prowadzenie działalności gospodarczej.</w:t>
      </w:r>
    </w:p>
    <w:p>
      <w:r>
        <w:rPr>
          <w:b w:val="0"/>
          <w:sz w:val="20"/>
        </w:rPr>
        <w:t>2. Oświadczenie o niekaralności.</w:t>
      </w:r>
    </w:p>
    <w:p>
      <w:r>
        <w:rPr>
          <w:b w:val="0"/>
          <w:sz w:val="20"/>
        </w:rPr>
        <w:t>3. Dowód uiszczenia opłaty skarbowej.</w:t>
      </w:r>
    </w:p>
    <w:p>
      <w:r>
        <w:rPr>
          <w:b w:val="0"/>
          <w:sz w:val="20"/>
        </w:rPr>
        <w:t>4. Inne dokumenty wymagane przez przepisy prawa.</w:t>
      </w:r>
    </w:p>
    <w:p/>
    <w:p>
      <w:r>
        <w:rPr>
          <w:b w:val="0"/>
          <w:sz w:val="20"/>
        </w:rPr>
        <w:t>Miejscowość: _____________________________________    Data: 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Podpis Wnioskodawcy: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https://wniosek-specjalista.com/wniosek-o-odebranie-koncesji-na-alkohol-wzor/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https://wniosek-specjalista.com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wniosek-specjalista.com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specjalista.com/wniosek-o-odebranie-koncesji-na-alkohol-wzor/" TargetMode="External"/><Relationship Id="rId10" Type="http://schemas.openxmlformats.org/officeDocument/2006/relationships/hyperlink" Target="https://wniosek-specjalis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