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NADANIE NUMERU DOMU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Adres zamieszkania: ______________________________________________</w:t>
      </w:r>
    </w:p>
    <w:p>
      <w:r>
        <w:rPr>
          <w:b w:val="0"/>
          <w:sz w:val="20"/>
        </w:rPr>
        <w:t>Numer telefonu: ________________________________________________</w:t>
      </w:r>
    </w:p>
    <w:p>
      <w:r>
        <w:rPr>
          <w:b w:val="0"/>
          <w:sz w:val="20"/>
        </w:rPr>
        <w:t>Adres e-mail: _________________________________________________</w:t>
      </w:r>
    </w:p>
    <w:p/>
    <w:p>
      <w:r>
        <w:rPr>
          <w:b/>
          <w:sz w:val="20"/>
        </w:rPr>
        <w:t>Dane nieruchomości, której dotyczy wniosek:</w:t>
      </w:r>
    </w:p>
    <w:p>
      <w:r>
        <w:rPr>
          <w:b w:val="0"/>
          <w:sz w:val="20"/>
        </w:rPr>
        <w:t>Adres działki: _________________________________________________</w:t>
      </w:r>
    </w:p>
    <w:p>
      <w:r>
        <w:rPr>
          <w:b w:val="0"/>
          <w:sz w:val="20"/>
        </w:rPr>
        <w:t>Nr działki ewidencyjnej: ________________________________________</w:t>
      </w:r>
    </w:p>
    <w:p>
      <w:r>
        <w:rPr>
          <w:b w:val="0"/>
          <w:sz w:val="20"/>
        </w:rPr>
        <w:t>Obręb geodezyjny: ______________________________________________</w:t>
      </w:r>
    </w:p>
    <w:p/>
    <w:p>
      <w:r>
        <w:rPr>
          <w:b/>
          <w:sz w:val="20"/>
        </w:rPr>
        <w:t>Podstawa prawna:</w:t>
      </w:r>
    </w:p>
    <w:p>
      <w:r>
        <w:rPr>
          <w:b w:val="0"/>
          <w:sz w:val="20"/>
        </w:rPr>
        <w:t>Na podstawie art. 47 ust. 1 pkt 8 ustawy z dnia 21 sierpnia 1997 r. o gospodarce nieruchomościami (Dz. U. z 2023 r. poz. 1207 z późn. zm.)</w:t>
      </w:r>
    </w:p>
    <w:p/>
    <w:p>
      <w:r>
        <w:rPr>
          <w:b/>
          <w:sz w:val="20"/>
        </w:rPr>
        <w:t>Treść wniosku:</w:t>
      </w:r>
    </w:p>
    <w:p>
      <w:r>
        <w:rPr>
          <w:b w:val="0"/>
          <w:sz w:val="20"/>
        </w:rPr>
        <w:t>Wnoszę o nadanie numeru domu dla nieruchomości położonej pod adresem wskazanym powyżej, zgodnie z obowiązującymi przepisami prawa i miejscowym planem zagospodarowania przestrzennego lub decyzją o warunkach zabudowy.</w:t>
      </w:r>
    </w:p>
    <w:p/>
    <w:p>
      <w:r>
        <w:rPr>
          <w:b/>
          <w:sz w:val="20"/>
        </w:rPr>
        <w:t>Oświadczenia:</w:t>
      </w:r>
    </w:p>
    <w:p>
      <w:r>
        <w:rPr>
          <w:b w:val="0"/>
          <w:sz w:val="20"/>
        </w:rPr>
        <w:t>Oświadczam, że dane zawarte we wniosku są prawdziwe oraz że jestem właścicielem/współwłaścicielem nieruchomości lub posiadam pełnomocnictwo do składania niniejszego wniosku.</w:t>
      </w:r>
    </w:p>
    <w:p/>
    <w:p>
      <w:r>
        <w:rPr>
          <w:b/>
          <w:sz w:val="20"/>
        </w:rPr>
        <w:t>Załączniki:</w:t>
      </w:r>
    </w:p>
    <w:p>
      <w:r>
        <w:rPr>
          <w:b w:val="0"/>
          <w:sz w:val="20"/>
        </w:rPr>
        <w:t>1. Kopia mapy sytuacyjno-wysokościowej działki z oznaczeniem nieruchomości</w:t>
      </w:r>
    </w:p>
    <w:p>
      <w:r>
        <w:rPr>
          <w:b w:val="0"/>
          <w:sz w:val="20"/>
        </w:rPr>
        <w:t>2. Kopia dokumentu potwierdzającego tytuł prawny do nieruchomości</w:t>
      </w:r>
    </w:p>
    <w:p>
      <w:r>
        <w:rPr>
          <w:b w:val="0"/>
          <w:sz w:val="20"/>
        </w:rPr>
        <w:t>3. Inne dokumenty (w zależności od wymagań urzędu): __________________________</w:t>
      </w:r>
    </w:p>
    <w:p/>
    <w:p>
      <w:r>
        <w:rPr>
          <w:b/>
          <w:sz w:val="20"/>
        </w:rPr>
        <w:t>Miejsce na podpis wnioskodawcy:</w:t>
      </w:r>
    </w:p>
    <w:p>
      <w:r>
        <w:rPr>
          <w:b w:val="0"/>
          <w:sz w:val="20"/>
        </w:rPr>
        <w:br/>
        <w:br/>
        <w:t>Podpis: 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URZĄD MIEJSKI / GMINNY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WNIOSEK PRZYJĘTY PRZEZ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pracownika: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wnioskodawcy: 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przyjęcia: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Pieczątka urzędowa: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https://wniosek-specjalista.com/wniosek-o-nadanie-numeru-domu-wzor/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nadanie-numeru-domu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