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DOKONANIE REJESTRACJI BEZROBOTNEGO</w:t>
      </w:r>
    </w:p>
    <w:p/>
    <w:p/>
    <w:p>
      <w:r>
        <w:rPr>
          <w:b/>
          <w:sz w:val="20"/>
        </w:rPr>
        <w:t>Dane osobowe wnioskodawcy:</w:t>
      </w:r>
    </w:p>
    <w:p>
      <w:r>
        <w:rPr>
          <w:b w:val="0"/>
          <w:sz w:val="20"/>
        </w:rPr>
        <w:t>Imię i nazwisko: 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</w:t>
      </w:r>
    </w:p>
    <w:p>
      <w:r>
        <w:rPr>
          <w:b w:val="0"/>
          <w:sz w:val="20"/>
        </w:rPr>
        <w:t>Data urodzenia: 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________________________________________________________________</w:t>
      </w:r>
    </w:p>
    <w:p/>
    <w:p>
      <w:r>
        <w:rPr>
          <w:b/>
          <w:sz w:val="20"/>
        </w:rPr>
        <w:t>Dane dodatkowe:</w:t>
      </w:r>
    </w:p>
    <w:p>
      <w:r>
        <w:rPr>
          <w:b w:val="0"/>
          <w:sz w:val="20"/>
        </w:rPr>
        <w:t>Obywatelstwo: ________________________________________________________________</w:t>
      </w:r>
    </w:p>
    <w:p>
      <w:r>
        <w:rPr>
          <w:b w:val="0"/>
          <w:sz w:val="20"/>
        </w:rPr>
        <w:t>Wykształcenie: _______________________________________________________________</w:t>
      </w:r>
    </w:p>
    <w:p>
      <w:r>
        <w:rPr>
          <w:b w:val="0"/>
          <w:sz w:val="20"/>
        </w:rPr>
        <w:t>Zawód ostatnio wykonywany: _________________________________________________</w:t>
      </w:r>
    </w:p>
    <w:p>
      <w:r>
        <w:rPr>
          <w:b w:val="0"/>
          <w:sz w:val="20"/>
        </w:rPr>
        <w:t>Status na rynku pracy przed rejestracją: ______________________________________</w:t>
      </w:r>
    </w:p>
    <w:p>
      <w:r>
        <w:rPr>
          <w:b w:val="0"/>
          <w:sz w:val="20"/>
        </w:rPr>
        <w:t>Posiadane kwalifikacje i uprawnienia: _________________________________________</w:t>
      </w:r>
    </w:p>
    <w:p/>
    <w:p>
      <w:r>
        <w:rPr>
          <w:b/>
          <w:sz w:val="20"/>
        </w:rPr>
        <w:t>Oświadczenia i zgody:</w:t>
      </w:r>
    </w:p>
    <w:p>
      <w:r>
        <w:rPr>
          <w:b w:val="0"/>
          <w:sz w:val="20"/>
        </w:rPr>
        <w:t>1. Oświadczam, że nie jestem zatrudniony/a i nie prowadzę działalności gospodarczej.</w:t>
      </w:r>
    </w:p>
    <w:p>
      <w:r>
        <w:rPr>
          <w:b w:val="0"/>
          <w:sz w:val="20"/>
        </w:rPr>
        <w:t>2. Wyrażam zgodę na przetwarzanie moich danych osobowych przez urząd pracy w celu realizacji procedury rejestracji bezrobotnego.</w:t>
      </w:r>
    </w:p>
    <w:p>
      <w:r>
        <w:rPr>
          <w:b w:val="0"/>
          <w:sz w:val="20"/>
        </w:rPr>
        <w:t>3. Zobowiązuję się do niezwłocznego informowania urzędu pracy o zmianie mojej sytuacji zawodowej i adresowej.</w:t>
      </w:r>
    </w:p>
    <w:p/>
    <w:p>
      <w:r>
        <w:rPr>
          <w:b w:val="0"/>
          <w:sz w:val="20"/>
        </w:rPr>
        <w:t>Miejsce: ___________________________________</w:t>
      </w:r>
    </w:p>
    <w:p>
      <w:r>
        <w:rPr>
          <w:b w:val="0"/>
          <w:sz w:val="20"/>
        </w:rPr>
        <w:t>Data: ______________________________________</w:t>
      </w:r>
    </w:p>
    <w:p/>
    <w:p/>
    <w:p>
      <w:r>
        <w:rPr>
          <w:b w:val="0"/>
          <w:sz w:val="20"/>
        </w:rPr>
        <w:t>Podpis wnioskodawcy: ________________________________________________</w:t>
      </w:r>
    </w:p>
    <w:p/>
    <w:p/>
    <w:p/>
    <w:p>
      <w:r>
        <w:rPr>
          <w:b w:val="0"/>
          <w:sz w:val="20"/>
        </w:rPr>
        <w:t>Podpis urzędnika przyjmującego wniosek: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URZĄD PRACY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i pieczęć: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 wniosku: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złożenia wniosku: 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https://wniosek-specjalista.com/wniosek-o-dokonanie-rejestracji-bezrobotnego-wzor/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dokonanie-rejestracji-bezrobotnego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