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DOFINANSOWANIE OKULARÓW DLA NAUCZYCIELI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Stanowisko pracy: ____________________________________________________________</w:t>
      </w:r>
    </w:p>
    <w:p>
      <w:r>
        <w:rPr>
          <w:b w:val="0"/>
          <w:sz w:val="20"/>
        </w:rPr>
        <w:t>Miejsce zatrudnienia: 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>
      <w:r>
        <w:rPr>
          <w:b w:val="0"/>
          <w:sz w:val="20"/>
        </w:rPr>
        <w:t>PESEL: 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/>
    <w:p>
      <w:r>
        <w:rPr>
          <w:b/>
          <w:sz w:val="20"/>
        </w:rPr>
        <w:t>Podstawa prawna dofinansowania:</w:t>
      </w:r>
    </w:p>
    <w:p>
      <w:r>
        <w:rPr>
          <w:b w:val="0"/>
          <w:sz w:val="20"/>
        </w:rPr>
        <w:t>§ 1 Zgodnie z rozporządzeniem Ministra Edukacji Narodowej oraz wewnętrznymi przepisami placówki,</w:t>
      </w:r>
    </w:p>
    <w:p>
      <w:r>
        <w:rPr>
          <w:b w:val="0"/>
          <w:sz w:val="20"/>
        </w:rPr>
        <w:t>nauczycielowi przysługuje prawo do dofinansowania zakupu okularów korekcyjnych niezbędnych do pracy.</w:t>
      </w:r>
    </w:p>
    <w:p/>
    <w:p>
      <w:r>
        <w:rPr>
          <w:b/>
          <w:sz w:val="20"/>
        </w:rPr>
        <w:t>Informacje dotyczące okularów:</w:t>
      </w:r>
    </w:p>
    <w:p>
      <w:r>
        <w:rPr>
          <w:b w:val="0"/>
          <w:sz w:val="20"/>
        </w:rPr>
        <w:t>Rodzaj okularów: ______________________________________________________________</w:t>
      </w:r>
    </w:p>
    <w:p>
      <w:r>
        <w:rPr>
          <w:b w:val="0"/>
          <w:sz w:val="20"/>
        </w:rPr>
        <w:t>Opis wady wzroku lub zalecenia okulistyczne: _____________________________________</w:t>
      </w:r>
    </w:p>
    <w:p>
      <w:r>
        <w:rPr>
          <w:b w:val="0"/>
          <w:sz w:val="20"/>
        </w:rPr>
        <w:t>Kwota dofinansowania (w zł): ___________________________________________________</w:t>
      </w:r>
    </w:p>
    <w:p>
      <w:r>
        <w:rPr>
          <w:b w:val="0"/>
          <w:sz w:val="20"/>
        </w:rPr>
        <w:t>Załączniki (np. recepta okulistyczna, kosztorys): _________________________________</w:t>
      </w:r>
    </w:p>
    <w:p/>
    <w:p>
      <w:r>
        <w:rPr>
          <w:b/>
          <w:sz w:val="20"/>
        </w:rPr>
        <w:t>Oświadczenie wnioskodawcy:</w:t>
      </w:r>
    </w:p>
    <w:p>
      <w:r>
        <w:rPr>
          <w:b w:val="0"/>
          <w:sz w:val="20"/>
        </w:rPr>
        <w:t>Oświadczam, że powyższe informacje są prawdziwe i zgodne z moją wiedzą. Zobowiązuję się</w:t>
      </w:r>
    </w:p>
    <w:p>
      <w:r>
        <w:rPr>
          <w:b w:val="0"/>
          <w:sz w:val="20"/>
        </w:rPr>
        <w:t>do zwrotu otrzymanych środków w przypadku wykorzystania ich niezgodnie z przeznaczeniem.</w:t>
      </w:r>
    </w:p>
    <w:p/>
    <w:p>
      <w:r>
        <w:rPr>
          <w:b w:val="0"/>
          <w:sz w:val="20"/>
        </w:rPr>
        <w:t>Miejsce i data: _________________________________________________________________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Przewodniczący komisji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Członek komisji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https://wniosek-specjalista.com/wniosek-o-dofinansowanie-okularow-dla-nauczycieli-wzor/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dofinansowanie-okularow-dla-nauczycieli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