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ANULOWANIE URLOPU WYPOCZYNKOWEGO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: _________________________________________________</w:t>
      </w:r>
    </w:p>
    <w:p>
      <w:r>
        <w:rPr>
          <w:b w:val="0"/>
          <w:sz w:val="20"/>
        </w:rPr>
        <w:t>Stanowisko : ______________________________________________________</w:t>
      </w:r>
    </w:p>
    <w:p>
      <w:r>
        <w:rPr>
          <w:b w:val="0"/>
          <w:sz w:val="20"/>
        </w:rPr>
        <w:t>Dział : ___________________________________________________________</w:t>
      </w:r>
    </w:p>
    <w:p/>
    <w:p>
      <w:r>
        <w:rPr>
          <w:b/>
          <w:sz w:val="20"/>
        </w:rPr>
        <w:t>Dane pracodawcy / bezpośredniego przełożonego:</w:t>
      </w:r>
    </w:p>
    <w:p>
      <w:r>
        <w:rPr>
          <w:b w:val="0"/>
          <w:sz w:val="20"/>
        </w:rPr>
        <w:t>Imię i nazwisko : _________________________________________________</w:t>
      </w:r>
    </w:p>
    <w:p>
      <w:r>
        <w:rPr>
          <w:b w:val="0"/>
          <w:sz w:val="20"/>
        </w:rPr>
        <w:t>Stanowisko : ______________________________________________________</w:t>
      </w:r>
    </w:p>
    <w:p/>
    <w:p>
      <w:r>
        <w:rPr>
          <w:b w:val="0"/>
          <w:sz w:val="20"/>
        </w:rPr>
        <w:t>Miejsce : ____________________________    Data : ____________________________</w:t>
      </w:r>
    </w:p>
    <w:p/>
    <w:p/>
    <w:p>
      <w:pPr>
        <w:jc w:val="center"/>
      </w:pPr>
      <w:r>
        <w:rPr>
          <w:b/>
          <w:sz w:val="20"/>
        </w:rPr>
        <w:t>WNIOSEK</w:t>
      </w:r>
    </w:p>
    <w:p/>
    <w:p>
      <w:r>
        <w:rPr>
          <w:b w:val="0"/>
          <w:sz w:val="20"/>
        </w:rPr>
        <w:t>Na podstawie obowiązujących przepisów prawa pracy oraz Regulaminu Pracy proszę o anulowanie mojego urlopu wypoczynkowego przyznanego na okres:</w:t>
      </w:r>
    </w:p>
    <w:p/>
    <w:p>
      <w:pPr>
        <w:jc w:val="center"/>
      </w:pPr>
      <w:r>
        <w:rPr>
          <w:b w:val="0"/>
          <w:sz w:val="20"/>
        </w:rPr>
        <w:t>Od dnia: ____________________  Do dnia: ____________________</w:t>
      </w:r>
    </w:p>
    <w:p/>
    <w:p>
      <w:r>
        <w:rPr>
          <w:b/>
          <w:sz w:val="20"/>
        </w:rPr>
        <w:t>Powodem anulowania urlopu jest: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Proszę o pozytywne rozpatrzenie mojego wniosku.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Pracodawca / Przełożony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https://wniosek-specjalista.com/wniosek-o-anulowanie-urlopu-wypoczynkowego-wzor/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anulowanie-urlopu-wypoczynkowego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