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DOWODOWY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Adres zamieszkania: ________________________________________________</w:t>
      </w:r>
    </w:p>
    <w:p>
      <w:r>
        <w:rPr>
          <w:b w:val="0"/>
          <w:sz w:val="20"/>
        </w:rPr>
        <w:t>PESEL/NIP: ______________________________________________________</w:t>
      </w:r>
    </w:p>
    <w:p>
      <w:r>
        <w:rPr>
          <w:b w:val="0"/>
          <w:sz w:val="20"/>
        </w:rPr>
        <w:t>Telefon kontaktowy: ______________________________________________</w:t>
      </w:r>
    </w:p>
    <w:p/>
    <w:p>
      <w:r>
        <w:rPr>
          <w:b/>
          <w:sz w:val="20"/>
        </w:rPr>
        <w:t>Sąd:</w:t>
      </w:r>
    </w:p>
    <w:p>
      <w:r>
        <w:rPr>
          <w:b w:val="0"/>
          <w:sz w:val="20"/>
        </w:rPr>
        <w:t>Nazwa Sądu: _____________________________________________________</w:t>
      </w:r>
    </w:p>
    <w:p>
      <w:r>
        <w:rPr>
          <w:b w:val="0"/>
          <w:sz w:val="20"/>
        </w:rPr>
        <w:t>Wydział: _________________________________________________________</w:t>
      </w:r>
    </w:p>
    <w:p>
      <w:r>
        <w:rPr>
          <w:b w:val="0"/>
          <w:sz w:val="20"/>
        </w:rPr>
        <w:t>Adres Sądu: _____________________________________________________</w:t>
      </w:r>
    </w:p>
    <w:p/>
    <w:p>
      <w:r>
        <w:rPr>
          <w:b w:val="0"/>
          <w:sz w:val="20"/>
        </w:rPr>
        <w:t>Sygnatura akt sprawy: _____________________________________________</w:t>
      </w:r>
    </w:p>
    <w:p/>
    <w:p>
      <w:r>
        <w:rPr>
          <w:b/>
          <w:sz w:val="20"/>
        </w:rPr>
        <w:t>Wnoszę o przeprowadzenie dowodu z: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Opis dowodu: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Oświadczam, że dowód ten jest niezbędny do prawidłowego rozstrzygnięcia sprawy.</w:t>
      </w:r>
    </w:p>
    <w:p/>
    <w:p/>
    <w:p>
      <w:r>
        <w:rPr>
          <w:b w:val="0"/>
          <w:sz w:val="20"/>
        </w:rPr>
        <w:t>Miejsce: ________________________________</w:t>
      </w:r>
    </w:p>
    <w:p/>
    <w:p/>
    <w:p/>
    <w:p>
      <w:r>
        <w:rPr>
          <w:b w:val="0"/>
          <w:sz w:val="20"/>
        </w:rPr>
        <w:t>Podpis wnioskodawcy: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(podpis urzędnika sądowego)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https://wniosek-specjalista.com/wniosek-dowodowy-wzor/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dowodowy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