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W N I O S E K</w:t>
      </w:r>
    </w:p>
    <w:p>
      <w:pPr>
        <w:jc w:val="center"/>
      </w:pPr>
      <w:r>
        <w:rPr>
          <w:b/>
          <w:sz w:val="24"/>
        </w:rPr>
        <w:t>DO PREZESA ZAKŁADU UBEZPIECZEŃ SPOŁECZNYCH</w:t>
      </w:r>
    </w:p>
    <w:p>
      <w:pPr>
        <w:jc w:val="center"/>
      </w:pPr>
      <w:r>
        <w:rPr>
          <w:b/>
          <w:sz w:val="24"/>
        </w:rPr>
        <w:t>O PRZYZNANIE RENTY W DRODZE WYJĄTKU</w:t>
      </w:r>
    </w:p>
    <w:p/>
    <w:p/>
    <w:p>
      <w:r>
        <w:rPr>
          <w:b/>
          <w:sz w:val="22"/>
        </w:rPr>
        <w:t>Dane Wnioskodawcy:</w:t>
      </w:r>
    </w:p>
    <w:p>
      <w:r>
        <w:rPr>
          <w:b w:val="0"/>
          <w:sz w:val="22"/>
        </w:rPr>
        <w:t>Imię i nazwisko: _____________________________________________________________</w:t>
      </w:r>
    </w:p>
    <w:p>
      <w:r>
        <w:rPr>
          <w:b w:val="0"/>
          <w:sz w:val="22"/>
        </w:rPr>
        <w:t>PESEL: _______________________________________________________________________</w:t>
      </w:r>
    </w:p>
    <w:p>
      <w:r>
        <w:rPr>
          <w:b w:val="0"/>
          <w:sz w:val="22"/>
        </w:rPr>
        <w:t>Adres zamieszkania: __________________________________________________________</w:t>
      </w:r>
    </w:p>
    <w:p>
      <w:r>
        <w:rPr>
          <w:b w:val="0"/>
          <w:sz w:val="22"/>
        </w:rPr>
        <w:t>Nr dowodu osobistego: _______________________________________________________</w:t>
      </w:r>
    </w:p>
    <w:p>
      <w:r>
        <w:rPr>
          <w:b w:val="0"/>
          <w:sz w:val="22"/>
        </w:rPr>
        <w:t>Telefon kontaktowy: ___________________________________________________________</w:t>
      </w:r>
    </w:p>
    <w:p/>
    <w:p>
      <w:r>
        <w:rPr>
          <w:b/>
          <w:sz w:val="22"/>
        </w:rPr>
        <w:t>Dane przedstawiciela ustawowego (jeśli dotyczy):</w:t>
      </w:r>
    </w:p>
    <w:p>
      <w:r>
        <w:rPr>
          <w:b w:val="0"/>
          <w:sz w:val="22"/>
        </w:rPr>
        <w:t>Imię i nazwisko: _____________________________________________________________</w:t>
      </w:r>
    </w:p>
    <w:p>
      <w:r>
        <w:rPr>
          <w:b w:val="0"/>
          <w:sz w:val="22"/>
        </w:rPr>
        <w:t>PESEL: _______________________________________________________________________</w:t>
      </w:r>
    </w:p>
    <w:p>
      <w:r>
        <w:rPr>
          <w:b w:val="0"/>
          <w:sz w:val="22"/>
        </w:rPr>
        <w:t>Adres zamieszkania: __________________________________________________________</w:t>
      </w:r>
    </w:p>
    <w:p>
      <w:r>
        <w:rPr>
          <w:b w:val="0"/>
          <w:sz w:val="22"/>
        </w:rPr>
        <w:t>Nr dowodu osobistego: _______________________________________________________</w:t>
      </w:r>
    </w:p>
    <w:p>
      <w:r>
        <w:rPr>
          <w:b w:val="0"/>
          <w:sz w:val="22"/>
        </w:rPr>
        <w:t>Telefon kontaktowy: ___________________________________________________________</w:t>
      </w:r>
    </w:p>
    <w:p/>
    <w:p>
      <w:r>
        <w:rPr>
          <w:b w:val="0"/>
          <w:sz w:val="22"/>
        </w:rPr>
        <w:t>Na podstawie art. 67 ustawy z dnia 17 grudnia 1998 r. o emeryturach i rentach z Funduszu Ubezpieczeń Społecznych (Dz. U. z 2021 r. poz. 423 ze zm.) składam wniosek o przyznanie renty w drodze wyjątku.</w:t>
      </w:r>
    </w:p>
    <w:p/>
    <w:p>
      <w:r>
        <w:rPr>
          <w:b/>
          <w:sz w:val="22"/>
        </w:rPr>
        <w:t>Uzasadnienie: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/>
    <w:p/>
    <w:p>
      <w:r>
        <w:rPr>
          <w:b/>
          <w:sz w:val="22"/>
        </w:rPr>
        <w:t>Oświadczam, że:</w:t>
      </w:r>
    </w:p>
    <w:p>
      <w:r>
        <w:rPr>
          <w:b w:val="0"/>
          <w:sz w:val="22"/>
        </w:rPr>
        <w:t>1. Zapoznałem się z przepisami dotyczącymi przyznawania rent w drodze wyjątku i spełniam warunki określone w ww. ustawie.</w:t>
      </w:r>
    </w:p>
    <w:p>
      <w:r>
        <w:rPr>
          <w:b w:val="0"/>
          <w:sz w:val="22"/>
        </w:rPr>
        <w:t>2. Dane podane we wniosku są zgodne z prawdą.</w:t>
      </w:r>
    </w:p>
    <w:p>
      <w:r>
        <w:rPr>
          <w:b w:val="0"/>
          <w:sz w:val="22"/>
        </w:rPr>
        <w:t>3. Jestem świadomy odpowiedzialności karnej za składanie fałszywych oświadczeń.</w:t>
      </w:r>
    </w:p>
    <w:p/>
    <w:p>
      <w:r>
        <w:rPr>
          <w:b/>
          <w:sz w:val="22"/>
        </w:rPr>
        <w:t>Załączniki:</w:t>
      </w:r>
    </w:p>
    <w:p>
      <w:r>
        <w:rPr>
          <w:b w:val="0"/>
          <w:sz w:val="22"/>
        </w:rPr>
        <w:t>1. Kopie dokumentów potwierdzających stan zdrowia i inne niezbędne dokumenty.</w:t>
      </w:r>
    </w:p>
    <w:p>
      <w:r>
        <w:rPr>
          <w:b w:val="0"/>
          <w:sz w:val="22"/>
        </w:rPr>
        <w:t>2. Inne dokumenty potwierdzające zasadność wniosku.</w:t>
      </w:r>
    </w:p>
    <w:p/>
    <w:p>
      <w:r>
        <w:rPr>
          <w:b w:val="0"/>
          <w:sz w:val="22"/>
        </w:rPr>
        <w:t>Miejsce: ____________________________________________    Data: ________________________</w:t>
      </w:r>
    </w:p>
    <w:p/>
    <w:p/>
    <w:p>
      <w:r>
        <w:rPr>
          <w:b w:val="0"/>
          <w:sz w:val="22"/>
        </w:rPr>
        <w:t>Podpis wnioskodawcy: 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Przyjmujący wniosek (pieczęć i podpis)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Data przyjęcia wniosku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https://wniosek-specjalista.com/wniosek-do-prezesa-zus-o-przyznanie-renty-w-drodze-wyjatku-wzor/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do-prezesa-zus-o-przyznanie-renty-w-drodze-wyjatku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