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PODANIE O PODWYŻKĘ INFLACYJNĄ</w:t>
      </w:r>
    </w:p>
    <w:p/>
    <w:p/>
    <w:p>
      <w:r>
        <w:rPr>
          <w:b w:val="0"/>
          <w:sz w:val="20"/>
        </w:rPr>
        <w:t>Miejscowość : 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______________________________________________________________________</w:t>
      </w:r>
    </w:p>
    <w:p/>
    <w:p/>
    <w:p>
      <w:r>
        <w:rPr>
          <w:b/>
          <w:sz w:val="20"/>
        </w:rPr>
        <w:t>Do Dyrektora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Adres: ___________________________________________________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: ______________________________________________________________</w:t>
      </w:r>
    </w:p>
    <w:p>
      <w:r>
        <w:rPr>
          <w:b w:val="0"/>
          <w:sz w:val="20"/>
        </w:rPr>
        <w:t>Stanowisko pracy : _____________________________________________________________</w:t>
      </w:r>
    </w:p>
    <w:p>
      <w:r>
        <w:rPr>
          <w:b w:val="0"/>
          <w:sz w:val="20"/>
        </w:rPr>
        <w:t>Dział / Komórka organizacyjna : _________________________________________________</w:t>
      </w:r>
    </w:p>
    <w:p>
      <w:r>
        <w:rPr>
          <w:b w:val="0"/>
          <w:sz w:val="20"/>
        </w:rPr>
        <w:t>Numer ewidencyjny pracownika (jeśli dotyczy) : ___________________________________</w:t>
      </w:r>
    </w:p>
    <w:p/>
    <w:p/>
    <w:p>
      <w:r>
        <w:rPr>
          <w:b/>
          <w:sz w:val="20"/>
        </w:rPr>
        <w:t>Zwracam się z uprzejmą prośbą o przyznanie podwyżki wynagrodzenia z tytułu inflacji.</w:t>
      </w:r>
    </w:p>
    <w:p/>
    <w:p>
      <w:r>
        <w:rPr>
          <w:b w:val="0"/>
          <w:sz w:val="20"/>
        </w:rPr>
        <w:t>W związku z stale rosnącymi kosztami utrzymania oraz inflacją, która wpływa na obniżenie siły nabywczej mojego wynagrodzenia, wnioskuję o rozpatrzenie możliwości podwyższenia mojego wynagrodzenia zasadniczego.</w:t>
      </w:r>
    </w:p>
    <w:p/>
    <w:p>
      <w:r>
        <w:rPr>
          <w:b w:val="0"/>
          <w:sz w:val="20"/>
        </w:rPr>
        <w:t>Pragnę podkreślić, że nieprzerwanie świadczę swoje obowiązki z należytą starannością i zaangażowaniem, co mam nadzieję zostało docenione przez przełożonych oraz współpracowników.</w:t>
      </w:r>
    </w:p>
    <w:p/>
    <w:p>
      <w:r>
        <w:rPr>
          <w:b w:val="0"/>
          <w:sz w:val="20"/>
        </w:rPr>
        <w:t>Proszę o pozytywne rozpatrzenie mojego podania oraz uwzględnienie podwyżki w najbliższym możliwym terminie.</w:t>
      </w:r>
    </w:p>
    <w:p/>
    <w:p/>
    <w:p>
      <w:r>
        <w:rPr>
          <w:b w:val="0"/>
          <w:sz w:val="20"/>
        </w:rPr>
        <w:t>Z poważaniem,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Podpis wnioskodawcy</w:t>
      </w:r>
    </w:p>
    <w:p/>
    <w:p/>
    <w:p>
      <w:r>
        <w:rPr>
          <w:b/>
          <w:sz w:val="20"/>
        </w:rPr>
        <w:t>Potwierdzenie odbioru podania przez dział kadr:</w:t>
      </w:r>
    </w:p>
    <w:p>
      <w:r>
        <w:rPr>
          <w:b w:val="0"/>
          <w:sz w:val="20"/>
        </w:rPr>
        <w:t>Data wpływu: __________________________</w:t>
      </w:r>
    </w:p>
    <w:p>
      <w:r>
        <w:rPr>
          <w:b w:val="0"/>
          <w:sz w:val="20"/>
        </w:rPr>
        <w:t>Podpis osoby przyjmującej: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WNIOSEK ZŁOŻYŁ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(DZIAŁ KADR)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  <w:br/>
              <w:t>Data 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  <w:br/>
              <w:t>Data 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https://wniosek-specjalista.com/podanie-o-podwyzke-inflacyjna-wzor/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podanie-o-podwyzke-inflacyjn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